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2"/>
      </w:tblGrid>
      <w:tr w:rsidR="002135DC" w14:paraId="31367AB1" w14:textId="77777777">
        <w:trPr>
          <w:trHeight w:val="935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9BB61" w14:textId="77777777" w:rsidR="002135DC" w:rsidRDefault="00DD63A3">
            <w:pPr>
              <w:spacing w:after="0"/>
              <w:jc w:val="center"/>
            </w:pPr>
            <w:r>
              <w:rPr>
                <w:b/>
                <w:sz w:val="21"/>
              </w:rPr>
              <w:t>T.C.</w:t>
            </w:r>
            <w:r>
              <w:rPr>
                <w:b/>
                <w:sz w:val="21"/>
              </w:rPr>
              <w:br/>
              <w:t>MUĞLA SITKI KOÇMAN ÜNİVERSİTESİ</w:t>
            </w:r>
            <w:r>
              <w:rPr>
                <w:b/>
                <w:sz w:val="21"/>
              </w:rPr>
              <w:br/>
              <w:t>SAĞLIK BİLİMLERİ FAKÜLTESİ</w:t>
            </w:r>
            <w:r>
              <w:rPr>
                <w:b/>
                <w:sz w:val="21"/>
              </w:rPr>
              <w:br/>
              <w:t>HEMŞİRELİK BÖLÜMÜ</w:t>
            </w:r>
          </w:p>
        </w:tc>
      </w:tr>
      <w:tr w:rsidR="002135DC" w14:paraId="2E16D330" w14:textId="77777777">
        <w:trPr>
          <w:trHeight w:val="481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D94EC" w14:textId="77777777" w:rsidR="002135DC" w:rsidRDefault="00DD63A3">
            <w:pPr>
              <w:spacing w:after="0"/>
              <w:jc w:val="center"/>
            </w:pPr>
            <w:r>
              <w:rPr>
                <w:b/>
                <w:sz w:val="22"/>
              </w:rPr>
              <w:t>LABORATUVAR UYGULAMA SONRASI TAKİP FORMU</w:t>
            </w:r>
          </w:p>
        </w:tc>
      </w:tr>
    </w:tbl>
    <w:p w14:paraId="3CB0ADC8" w14:textId="77777777" w:rsidR="002135DC" w:rsidRDefault="002135DC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2"/>
      </w:tblGrid>
      <w:tr w:rsidR="002135DC" w14:paraId="7DA7202D" w14:textId="77777777">
        <w:trPr>
          <w:trHeight w:val="311"/>
          <w:jc w:val="center"/>
        </w:trPr>
        <w:tc>
          <w:tcPr>
            <w:tcW w:w="10652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7A739" w14:textId="77777777" w:rsidR="002135DC" w:rsidRDefault="00DD63A3">
            <w:pPr>
              <w:spacing w:after="0"/>
              <w:jc w:val="center"/>
            </w:pPr>
            <w:r>
              <w:rPr>
                <w:b/>
                <w:sz w:val="19"/>
              </w:rPr>
              <w:t>UYGULAMAYI YAPAN ÖĞRENCİNİN</w:t>
            </w:r>
          </w:p>
        </w:tc>
      </w:tr>
      <w:tr w:rsidR="002135DC" w14:paraId="4AFDF186" w14:textId="77777777">
        <w:trPr>
          <w:trHeight w:val="294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8A62D3" w14:textId="77777777" w:rsidR="002135DC" w:rsidRDefault="00DD63A3">
            <w:pPr>
              <w:spacing w:after="0"/>
            </w:pPr>
            <w:r>
              <w:t>Adı ve Soyadı:</w:t>
            </w:r>
          </w:p>
        </w:tc>
      </w:tr>
      <w:tr w:rsidR="002135DC" w14:paraId="03F417EA" w14:textId="77777777">
        <w:trPr>
          <w:trHeight w:val="294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7765A" w14:textId="77777777" w:rsidR="002135DC" w:rsidRDefault="00DD63A3">
            <w:pPr>
              <w:spacing w:after="0"/>
            </w:pPr>
            <w:r>
              <w:t>Öğrenci Numarası:</w:t>
            </w:r>
          </w:p>
        </w:tc>
      </w:tr>
      <w:tr w:rsidR="002135DC" w14:paraId="0D7FEF36" w14:textId="77777777">
        <w:trPr>
          <w:trHeight w:val="294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62ED8" w14:textId="77777777" w:rsidR="002135DC" w:rsidRDefault="00DD63A3">
            <w:pPr>
              <w:spacing w:after="0"/>
            </w:pPr>
            <w:r>
              <w:t>Yapılan Uygulama:</w:t>
            </w:r>
          </w:p>
        </w:tc>
      </w:tr>
      <w:tr w:rsidR="002135DC" w14:paraId="6574F296" w14:textId="77777777">
        <w:trPr>
          <w:trHeight w:val="294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89CD3" w14:textId="77777777" w:rsidR="002135DC" w:rsidRDefault="00DD63A3">
            <w:pPr>
              <w:spacing w:after="0"/>
            </w:pPr>
            <w:r>
              <w:t>Uygulama Tarihi:</w:t>
            </w:r>
          </w:p>
        </w:tc>
      </w:tr>
      <w:tr w:rsidR="002135DC" w14:paraId="4791CC42" w14:textId="77777777">
        <w:trPr>
          <w:trHeight w:val="294"/>
          <w:jc w:val="center"/>
        </w:trPr>
        <w:tc>
          <w:tcPr>
            <w:tcW w:w="10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8B5D94" w14:textId="77777777" w:rsidR="002135DC" w:rsidRDefault="00DD63A3">
            <w:pPr>
              <w:spacing w:after="0"/>
            </w:pPr>
            <w:r>
              <w:t>Uygulama Saati:</w:t>
            </w:r>
          </w:p>
        </w:tc>
      </w:tr>
    </w:tbl>
    <w:p w14:paraId="3F55E37B" w14:textId="77777777" w:rsidR="002135DC" w:rsidRDefault="002135DC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50"/>
        <w:gridCol w:w="850"/>
        <w:gridCol w:w="850"/>
        <w:gridCol w:w="902"/>
      </w:tblGrid>
      <w:tr w:rsidR="002135DC" w14:paraId="1B763ADF" w14:textId="77777777">
        <w:trPr>
          <w:gridAfter w:val="1"/>
          <w:wAfter w:w="902" w:type="dxa"/>
          <w:trHeight w:val="311"/>
          <w:jc w:val="center"/>
        </w:trPr>
        <w:tc>
          <w:tcPr>
            <w:tcW w:w="9750" w:type="dxa"/>
            <w:gridSpan w:val="3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04C7EA" w14:textId="77777777" w:rsidR="002135DC" w:rsidRDefault="00DD63A3">
            <w:pPr>
              <w:spacing w:after="0"/>
              <w:jc w:val="center"/>
            </w:pPr>
            <w:r>
              <w:rPr>
                <w:b/>
                <w:sz w:val="19"/>
              </w:rPr>
              <w:t>UYGULAMA SONRASI</w:t>
            </w:r>
          </w:p>
        </w:tc>
      </w:tr>
      <w:tr w:rsidR="002135DC" w14:paraId="5738F1A8" w14:textId="77777777">
        <w:trPr>
          <w:gridAfter w:val="1"/>
          <w:wAfter w:w="902" w:type="dxa"/>
          <w:trHeight w:val="226"/>
          <w:jc w:val="center"/>
        </w:trPr>
        <w:tc>
          <w:tcPr>
            <w:tcW w:w="80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BD2ED7" w14:textId="77777777" w:rsidR="002135DC" w:rsidRDefault="002135DC">
            <w:pPr>
              <w:spacing w:after="0"/>
            </w:pP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ABFED" w14:textId="77777777" w:rsidR="002135DC" w:rsidRDefault="00DD63A3">
            <w:pPr>
              <w:spacing w:after="0"/>
              <w:jc w:val="center"/>
            </w:pPr>
            <w:r>
              <w:rPr>
                <w:b/>
                <w:sz w:val="17"/>
              </w:rPr>
              <w:t>EVET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1CE6D" w14:textId="77777777" w:rsidR="002135DC" w:rsidRDefault="00DD63A3">
            <w:pPr>
              <w:spacing w:after="0"/>
              <w:jc w:val="center"/>
            </w:pPr>
            <w:r>
              <w:rPr>
                <w:b/>
                <w:sz w:val="17"/>
              </w:rPr>
              <w:t>HAYIR</w:t>
            </w:r>
          </w:p>
        </w:tc>
      </w:tr>
      <w:tr w:rsidR="002135DC" w14:paraId="5733B5B8" w14:textId="77777777">
        <w:trPr>
          <w:gridAfter w:val="1"/>
          <w:wAfter w:w="902" w:type="dxa"/>
          <w:trHeight w:val="351"/>
          <w:jc w:val="center"/>
        </w:trPr>
        <w:tc>
          <w:tcPr>
            <w:tcW w:w="80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B8D80" w14:textId="77777777" w:rsidR="002135DC" w:rsidRDefault="00DD63A3">
            <w:pPr>
              <w:spacing w:after="0"/>
            </w:pPr>
            <w:r>
              <w:rPr>
                <w:sz w:val="17"/>
              </w:rPr>
              <w:t>Kullanılan malzemeler teslim edildi / yerine konuldu.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904EAC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272141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</w:tr>
      <w:tr w:rsidR="002135DC" w14:paraId="3CF2C52E" w14:textId="77777777">
        <w:trPr>
          <w:gridAfter w:val="1"/>
          <w:wAfter w:w="902" w:type="dxa"/>
          <w:trHeight w:val="351"/>
          <w:jc w:val="center"/>
        </w:trPr>
        <w:tc>
          <w:tcPr>
            <w:tcW w:w="80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CF3E77" w14:textId="77777777" w:rsidR="002135DC" w:rsidRDefault="00DD63A3">
            <w:pPr>
              <w:spacing w:after="0"/>
            </w:pPr>
            <w:r>
              <w:rPr>
                <w:sz w:val="17"/>
              </w:rPr>
              <w:t>Maket / simülatörün bakım ve temizliği yapıldı.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9C4747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745EF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</w:tr>
      <w:tr w:rsidR="002135DC" w14:paraId="100BC26D" w14:textId="77777777">
        <w:trPr>
          <w:gridAfter w:val="1"/>
          <w:wAfter w:w="902" w:type="dxa"/>
          <w:trHeight w:val="351"/>
          <w:jc w:val="center"/>
        </w:trPr>
        <w:tc>
          <w:tcPr>
            <w:tcW w:w="80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34A01" w14:textId="77777777" w:rsidR="002135DC" w:rsidRDefault="00DD63A3">
            <w:pPr>
              <w:spacing w:after="0"/>
            </w:pPr>
            <w:r>
              <w:rPr>
                <w:sz w:val="17"/>
              </w:rPr>
              <w:t>Laboratuvar temiz ve düzenli bırakıldı.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BAEF76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17FAB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</w:tr>
      <w:tr w:rsidR="002135DC" w14:paraId="0527623D" w14:textId="77777777">
        <w:trPr>
          <w:gridAfter w:val="1"/>
          <w:wAfter w:w="902" w:type="dxa"/>
          <w:trHeight w:val="351"/>
          <w:jc w:val="center"/>
        </w:trPr>
        <w:tc>
          <w:tcPr>
            <w:tcW w:w="80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2E9A74" w14:textId="77777777" w:rsidR="002135DC" w:rsidRDefault="00DD63A3">
            <w:pPr>
              <w:spacing w:after="0"/>
            </w:pPr>
            <w:r>
              <w:rPr>
                <w:sz w:val="17"/>
              </w:rPr>
              <w:t>Kullanılan demirbaşlar çalışır durumda, temiz ve düzenli bırakıldı.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E81939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C8BAD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</w:tr>
      <w:tr w:rsidR="002135DC" w14:paraId="0DCE8B0D" w14:textId="77777777">
        <w:trPr>
          <w:gridAfter w:val="1"/>
          <w:wAfter w:w="902" w:type="dxa"/>
          <w:trHeight w:val="351"/>
          <w:jc w:val="center"/>
        </w:trPr>
        <w:tc>
          <w:tcPr>
            <w:tcW w:w="80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F07156" w14:textId="77777777" w:rsidR="002135DC" w:rsidRDefault="00DD63A3">
            <w:pPr>
              <w:spacing w:after="0"/>
            </w:pPr>
            <w:r>
              <w:rPr>
                <w:sz w:val="17"/>
              </w:rPr>
              <w:t>Atıklar uygun atık kutularına ayrıştırılarak uzaklaştırıldı.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38CC67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  <w:tc>
          <w:tcPr>
            <w:tcW w:w="8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06754B" w14:textId="77777777" w:rsidR="002135DC" w:rsidRDefault="00DD63A3">
            <w:pPr>
              <w:spacing w:after="0"/>
              <w:jc w:val="center"/>
            </w:pPr>
            <w:r>
              <w:rPr>
                <w:sz w:val="28"/>
              </w:rPr>
              <w:t>☐</w:t>
            </w:r>
          </w:p>
        </w:tc>
      </w:tr>
      <w:tr w:rsidR="002135DC" w14:paraId="25E03B2C" w14:textId="77777777">
        <w:trPr>
          <w:trHeight w:val="708"/>
          <w:jc w:val="center"/>
        </w:trPr>
        <w:tc>
          <w:tcPr>
            <w:tcW w:w="1065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92C2B" w14:textId="77777777" w:rsidR="002135DC" w:rsidRDefault="00DD63A3">
            <w:pPr>
              <w:spacing w:after="0"/>
            </w:pPr>
            <w:r>
              <w:rPr>
                <w:b/>
              </w:rPr>
              <w:t>Açıklama: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</w:tbl>
    <w:p w14:paraId="264AE0C0" w14:textId="77777777" w:rsidR="002135DC" w:rsidRDefault="002135DC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135DC" w14:paraId="43E52785" w14:textId="77777777">
        <w:trPr>
          <w:trHeight w:val="481"/>
          <w:jc w:val="center"/>
        </w:trPr>
        <w:tc>
          <w:tcPr>
            <w:tcW w:w="532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9CF075" w14:textId="77777777" w:rsidR="002135DC" w:rsidRDefault="00DD63A3">
            <w:pPr>
              <w:spacing w:after="0"/>
              <w:jc w:val="center"/>
            </w:pPr>
            <w:r>
              <w:rPr>
                <w:b/>
              </w:rPr>
              <w:t>KULLANILAN SARF MALZEME ADI</w:t>
            </w:r>
          </w:p>
        </w:tc>
        <w:tc>
          <w:tcPr>
            <w:tcW w:w="532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C16FA7" w14:textId="77777777" w:rsidR="002135DC" w:rsidRDefault="00DD63A3">
            <w:pPr>
              <w:spacing w:after="0"/>
              <w:jc w:val="center"/>
            </w:pPr>
            <w:r>
              <w:rPr>
                <w:b/>
                <w:sz w:val="17"/>
              </w:rPr>
              <w:t>KULLANILAN SARF</w:t>
            </w:r>
            <w:r>
              <w:rPr>
                <w:b/>
                <w:sz w:val="17"/>
              </w:rPr>
              <w:br/>
              <w:t>MALZEME ADEDİ</w:t>
            </w:r>
          </w:p>
        </w:tc>
      </w:tr>
      <w:tr w:rsidR="002135DC" w14:paraId="3658ACB3" w14:textId="77777777">
        <w:trPr>
          <w:trHeight w:val="243"/>
          <w:jc w:val="center"/>
        </w:trPr>
        <w:tc>
          <w:tcPr>
            <w:tcW w:w="5326" w:type="dxa"/>
          </w:tcPr>
          <w:p w14:paraId="4929E897" w14:textId="77777777" w:rsidR="002135DC" w:rsidRDefault="002135DC"/>
        </w:tc>
        <w:tc>
          <w:tcPr>
            <w:tcW w:w="5326" w:type="dxa"/>
          </w:tcPr>
          <w:p w14:paraId="67CCC970" w14:textId="77777777" w:rsidR="002135DC" w:rsidRDefault="002135DC"/>
        </w:tc>
      </w:tr>
      <w:tr w:rsidR="002135DC" w14:paraId="74A0973A" w14:textId="77777777">
        <w:trPr>
          <w:trHeight w:val="243"/>
          <w:jc w:val="center"/>
        </w:trPr>
        <w:tc>
          <w:tcPr>
            <w:tcW w:w="5326" w:type="dxa"/>
          </w:tcPr>
          <w:p w14:paraId="02E60ECC" w14:textId="77777777" w:rsidR="002135DC" w:rsidRDefault="002135DC"/>
        </w:tc>
        <w:tc>
          <w:tcPr>
            <w:tcW w:w="5326" w:type="dxa"/>
          </w:tcPr>
          <w:p w14:paraId="4ED24B53" w14:textId="77777777" w:rsidR="002135DC" w:rsidRDefault="002135DC"/>
        </w:tc>
      </w:tr>
      <w:tr w:rsidR="002135DC" w14:paraId="0AC7BB65" w14:textId="77777777">
        <w:trPr>
          <w:trHeight w:val="243"/>
          <w:jc w:val="center"/>
        </w:trPr>
        <w:tc>
          <w:tcPr>
            <w:tcW w:w="5326" w:type="dxa"/>
          </w:tcPr>
          <w:p w14:paraId="4FD68860" w14:textId="77777777" w:rsidR="002135DC" w:rsidRDefault="002135DC"/>
        </w:tc>
        <w:tc>
          <w:tcPr>
            <w:tcW w:w="5326" w:type="dxa"/>
          </w:tcPr>
          <w:p w14:paraId="743AB1E6" w14:textId="77777777" w:rsidR="002135DC" w:rsidRDefault="002135DC"/>
        </w:tc>
      </w:tr>
      <w:tr w:rsidR="002135DC" w14:paraId="21FB4DD4" w14:textId="77777777">
        <w:trPr>
          <w:trHeight w:val="243"/>
          <w:jc w:val="center"/>
        </w:trPr>
        <w:tc>
          <w:tcPr>
            <w:tcW w:w="5326" w:type="dxa"/>
          </w:tcPr>
          <w:p w14:paraId="2B6CC877" w14:textId="77777777" w:rsidR="002135DC" w:rsidRDefault="002135DC"/>
        </w:tc>
        <w:tc>
          <w:tcPr>
            <w:tcW w:w="5326" w:type="dxa"/>
          </w:tcPr>
          <w:p w14:paraId="07534E9B" w14:textId="77777777" w:rsidR="002135DC" w:rsidRDefault="002135DC"/>
        </w:tc>
      </w:tr>
      <w:tr w:rsidR="002135DC" w14:paraId="51A791B2" w14:textId="77777777">
        <w:trPr>
          <w:trHeight w:val="243"/>
          <w:jc w:val="center"/>
        </w:trPr>
        <w:tc>
          <w:tcPr>
            <w:tcW w:w="5326" w:type="dxa"/>
          </w:tcPr>
          <w:p w14:paraId="40E5765D" w14:textId="77777777" w:rsidR="002135DC" w:rsidRDefault="002135DC"/>
        </w:tc>
        <w:tc>
          <w:tcPr>
            <w:tcW w:w="5326" w:type="dxa"/>
          </w:tcPr>
          <w:p w14:paraId="3DFA980A" w14:textId="77777777" w:rsidR="002135DC" w:rsidRDefault="002135DC"/>
        </w:tc>
      </w:tr>
      <w:tr w:rsidR="002135DC" w14:paraId="74B98B92" w14:textId="77777777">
        <w:trPr>
          <w:trHeight w:val="243"/>
          <w:jc w:val="center"/>
        </w:trPr>
        <w:tc>
          <w:tcPr>
            <w:tcW w:w="5326" w:type="dxa"/>
          </w:tcPr>
          <w:p w14:paraId="248D403E" w14:textId="77777777" w:rsidR="002135DC" w:rsidRDefault="002135DC"/>
        </w:tc>
        <w:tc>
          <w:tcPr>
            <w:tcW w:w="5326" w:type="dxa"/>
          </w:tcPr>
          <w:p w14:paraId="59E6578C" w14:textId="77777777" w:rsidR="002135DC" w:rsidRDefault="002135DC"/>
        </w:tc>
      </w:tr>
    </w:tbl>
    <w:p w14:paraId="0D2C4798" w14:textId="77777777" w:rsidR="002135DC" w:rsidRDefault="002135DC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135DC" w14:paraId="1DCF4E09" w14:textId="77777777">
        <w:trPr>
          <w:trHeight w:val="708"/>
          <w:jc w:val="center"/>
        </w:trPr>
        <w:tc>
          <w:tcPr>
            <w:tcW w:w="53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C346E4" w14:textId="77777777" w:rsidR="002135DC" w:rsidRDefault="00DD63A3">
            <w:pPr>
              <w:spacing w:after="0"/>
              <w:jc w:val="center"/>
            </w:pPr>
            <w:r>
              <w:rPr>
                <w:sz w:val="17"/>
              </w:rPr>
              <w:t>……../……../20……</w:t>
            </w:r>
            <w:r>
              <w:rPr>
                <w:sz w:val="17"/>
              </w:rPr>
              <w:br/>
              <w:t>Adı Soyadı / İmza</w:t>
            </w:r>
            <w:r>
              <w:rPr>
                <w:sz w:val="17"/>
              </w:rPr>
              <w:br/>
              <w:t>(Öğrenci)</w:t>
            </w:r>
          </w:p>
        </w:tc>
        <w:tc>
          <w:tcPr>
            <w:tcW w:w="53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838D44" w14:textId="77777777" w:rsidR="002135DC" w:rsidRDefault="00DD63A3">
            <w:pPr>
              <w:spacing w:after="0"/>
              <w:jc w:val="center"/>
            </w:pPr>
            <w:r>
              <w:rPr>
                <w:sz w:val="17"/>
              </w:rPr>
              <w:t>……../……../20……</w:t>
            </w:r>
            <w:r>
              <w:rPr>
                <w:sz w:val="17"/>
              </w:rPr>
              <w:br/>
              <w:t>Adı Soyadı / İmza</w:t>
            </w:r>
            <w:r>
              <w:rPr>
                <w:sz w:val="17"/>
              </w:rPr>
              <w:br/>
              <w:t>(Görevli Öğretim Elemanı)</w:t>
            </w:r>
          </w:p>
        </w:tc>
      </w:tr>
    </w:tbl>
    <w:p w14:paraId="34F16B10" w14:textId="77777777" w:rsidR="00DD63A3" w:rsidRDefault="00DD63A3"/>
    <w:sectPr w:rsidR="00DD63A3" w:rsidSect="00034616">
      <w:pgSz w:w="12240" w:h="15840"/>
      <w:pgMar w:top="454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6180355">
    <w:abstractNumId w:val="8"/>
  </w:num>
  <w:num w:numId="2" w16cid:durableId="1738241395">
    <w:abstractNumId w:val="6"/>
  </w:num>
  <w:num w:numId="3" w16cid:durableId="2066953121">
    <w:abstractNumId w:val="5"/>
  </w:num>
  <w:num w:numId="4" w16cid:durableId="897521698">
    <w:abstractNumId w:val="4"/>
  </w:num>
  <w:num w:numId="5" w16cid:durableId="1004286124">
    <w:abstractNumId w:val="7"/>
  </w:num>
  <w:num w:numId="6" w16cid:durableId="752043906">
    <w:abstractNumId w:val="3"/>
  </w:num>
  <w:num w:numId="7" w16cid:durableId="1782257263">
    <w:abstractNumId w:val="2"/>
  </w:num>
  <w:num w:numId="8" w16cid:durableId="1840656383">
    <w:abstractNumId w:val="1"/>
  </w:num>
  <w:num w:numId="9" w16cid:durableId="136848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5DC"/>
    <w:rsid w:val="0029639D"/>
    <w:rsid w:val="00326F90"/>
    <w:rsid w:val="007464D1"/>
    <w:rsid w:val="00AA1D8D"/>
    <w:rsid w:val="00B47730"/>
    <w:rsid w:val="00CB0664"/>
    <w:rsid w:val="00D8110E"/>
    <w:rsid w:val="00DD6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E2796"/>
  <w14:defaultImageDpi w14:val="300"/>
  <w15:docId w15:val="{0159FB93-2DE3-4E11-B411-843FB9B9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Çiğdem Bilge</cp:lastModifiedBy>
  <cp:revision>2</cp:revision>
  <dcterms:created xsi:type="dcterms:W3CDTF">2026-08-19T05:20:00Z</dcterms:created>
  <dcterms:modified xsi:type="dcterms:W3CDTF">2026-08-19T05:20:00Z</dcterms:modified>
  <cp:category/>
</cp:coreProperties>
</file>