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66"/>
      </w:tblGrid>
      <w:tr w:rsidR="00B610C4" w:rsidRPr="009415FE" w14:paraId="6C7C009B" w14:textId="77777777">
        <w:trPr>
          <w:trHeight w:val="1871"/>
          <w:jc w:val="center"/>
        </w:trPr>
        <w:tc>
          <w:tcPr>
            <w:tcW w:w="10766" w:type="dxa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2A3C75B2" w14:textId="77777777" w:rsidR="00B610C4" w:rsidRPr="009415FE" w:rsidRDefault="00440FA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20"/>
              </w:rPr>
              <w:t>T.C.</w:t>
            </w:r>
            <w:r w:rsidRPr="009415FE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9415FE">
              <w:rPr>
                <w:rFonts w:ascii="Times New Roman" w:hAnsi="Times New Roman" w:cs="Times New Roman"/>
                <w:b/>
                <w:sz w:val="24"/>
              </w:rPr>
              <w:t>MUĞLA SITKI KOÇMAN ÜNİVERSİTESİ</w:t>
            </w:r>
            <w:r w:rsidRPr="009415FE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9415FE">
              <w:rPr>
                <w:rFonts w:ascii="Times New Roman" w:hAnsi="Times New Roman" w:cs="Times New Roman"/>
                <w:b/>
                <w:sz w:val="22"/>
              </w:rPr>
              <w:t>SAĞLIK BİLİMLERİ FAKÜLTESİ</w:t>
            </w:r>
            <w:r w:rsidRPr="009415FE">
              <w:rPr>
                <w:rFonts w:ascii="Times New Roman" w:hAnsi="Times New Roman" w:cs="Times New Roman"/>
                <w:b/>
                <w:sz w:val="22"/>
              </w:rPr>
              <w:br/>
              <w:t>HEMŞİRELİK BÖLÜMÜ</w:t>
            </w:r>
            <w:r w:rsidRPr="009415FE">
              <w:rPr>
                <w:rFonts w:ascii="Times New Roman" w:hAnsi="Times New Roman" w:cs="Times New Roman"/>
                <w:b/>
                <w:sz w:val="22"/>
              </w:rPr>
              <w:br/>
            </w:r>
            <w:r w:rsidRPr="009415FE">
              <w:rPr>
                <w:rFonts w:ascii="Times New Roman" w:hAnsi="Times New Roman" w:cs="Times New Roman"/>
                <w:b/>
                <w:sz w:val="22"/>
              </w:rPr>
              <w:br/>
              <w:t>LABORATUVAR ÇALIŞMALARI SIRASINDA</w:t>
            </w:r>
            <w:r w:rsidRPr="009415FE">
              <w:rPr>
                <w:rFonts w:ascii="Times New Roman" w:hAnsi="Times New Roman" w:cs="Times New Roman"/>
                <w:b/>
                <w:sz w:val="22"/>
              </w:rPr>
              <w:br/>
              <w:t>OLAY BİLDİRİM FORMU</w:t>
            </w:r>
          </w:p>
        </w:tc>
      </w:tr>
    </w:tbl>
    <w:p w14:paraId="6C303D6E" w14:textId="77777777" w:rsidR="00B610C4" w:rsidRPr="009415FE" w:rsidRDefault="00B610C4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95"/>
        <w:gridCol w:w="6180"/>
      </w:tblGrid>
      <w:tr w:rsidR="00B610C4" w:rsidRPr="009415FE" w14:paraId="5BFDA3B8" w14:textId="77777777">
        <w:trPr>
          <w:trHeight w:val="311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B1A05F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Olayın Gerçekleştiği Laboratuvar: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621648" w14:textId="77777777" w:rsidR="00B610C4" w:rsidRPr="009415FE" w:rsidRDefault="00B610C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610C4" w:rsidRPr="009415FE" w14:paraId="0DB8D23F" w14:textId="77777777">
        <w:trPr>
          <w:trHeight w:val="311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7EA256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Olay Tarihi: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268494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sz w:val="17"/>
              </w:rPr>
              <w:t>……../……../…………</w:t>
            </w:r>
          </w:p>
        </w:tc>
      </w:tr>
      <w:tr w:rsidR="00B610C4" w:rsidRPr="009415FE" w14:paraId="278F4DB4" w14:textId="77777777">
        <w:trPr>
          <w:trHeight w:val="311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66825F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Olay Saati: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A434EE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sz w:val="17"/>
              </w:rPr>
              <w:t>…………………</w:t>
            </w:r>
          </w:p>
        </w:tc>
      </w:tr>
      <w:tr w:rsidR="00B610C4" w:rsidRPr="009415FE" w14:paraId="261A3520" w14:textId="77777777">
        <w:trPr>
          <w:trHeight w:val="311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A4B18E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Formun Doldurulduğu Tarih/Saat: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3C7326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sz w:val="17"/>
              </w:rPr>
              <w:t>……../……../…………    ……………</w:t>
            </w:r>
          </w:p>
        </w:tc>
      </w:tr>
      <w:tr w:rsidR="00B610C4" w:rsidRPr="009415FE" w14:paraId="6BCD50EE" w14:textId="77777777">
        <w:trPr>
          <w:trHeight w:val="311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74C891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Tespit Eden Kişi: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3F4881" w14:textId="77777777" w:rsidR="00B610C4" w:rsidRPr="009415FE" w:rsidRDefault="00B610C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610C4" w:rsidRPr="009415FE" w14:paraId="45574D60" w14:textId="77777777">
        <w:trPr>
          <w:trHeight w:val="425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A6B305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İmza: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2EAAB3" w14:textId="77777777" w:rsidR="00B610C4" w:rsidRPr="009415FE" w:rsidRDefault="00B610C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610C4" w:rsidRPr="009415FE" w14:paraId="55039A0D" w14:textId="77777777">
        <w:trPr>
          <w:trHeight w:val="283"/>
          <w:jc w:val="center"/>
        </w:trPr>
        <w:tc>
          <w:tcPr>
            <w:tcW w:w="10375" w:type="dxa"/>
            <w:gridSpan w:val="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402621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Olaya Maruz Kalan Kişinin;</w:t>
            </w:r>
          </w:p>
        </w:tc>
      </w:tr>
      <w:tr w:rsidR="00B610C4" w:rsidRPr="009415FE" w14:paraId="130DCD5A" w14:textId="77777777">
        <w:trPr>
          <w:trHeight w:val="311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39CB4E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Adı Soyadı: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3915FF" w14:textId="271C0AB4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 xml:space="preserve">T.C. </w:t>
            </w:r>
            <w:proofErr w:type="spellStart"/>
            <w:r w:rsidR="009415FE" w:rsidRPr="009415FE">
              <w:rPr>
                <w:rFonts w:ascii="Times New Roman" w:hAnsi="Times New Roman" w:cs="Times New Roman"/>
                <w:b/>
                <w:sz w:val="17"/>
              </w:rPr>
              <w:t>Kimlik</w:t>
            </w:r>
            <w:proofErr w:type="spellEnd"/>
            <w:r w:rsidR="009415FE" w:rsidRPr="009415FE">
              <w:rPr>
                <w:rFonts w:ascii="Times New Roman" w:hAnsi="Times New Roman" w:cs="Times New Roman"/>
                <w:b/>
                <w:sz w:val="17"/>
              </w:rPr>
              <w:t xml:space="preserve"> No</w:t>
            </w:r>
            <w:r w:rsidRPr="009415FE">
              <w:rPr>
                <w:rFonts w:ascii="Times New Roman" w:hAnsi="Times New Roman" w:cs="Times New Roman"/>
                <w:b/>
                <w:sz w:val="17"/>
              </w:rPr>
              <w:t>:</w:t>
            </w:r>
          </w:p>
        </w:tc>
      </w:tr>
      <w:tr w:rsidR="00B610C4" w:rsidRPr="009415FE" w14:paraId="20D1F84E" w14:textId="77777777">
        <w:trPr>
          <w:trHeight w:val="311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8BB6F6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Cep Telefonu / E-mail Adresi: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F6B6DC" w14:textId="77777777" w:rsidR="00B610C4" w:rsidRPr="009415FE" w:rsidRDefault="00B610C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610C4" w:rsidRPr="009415FE" w14:paraId="2592636B" w14:textId="77777777">
        <w:trPr>
          <w:trHeight w:val="368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2F8ED8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İkametgâh Adresi: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87CB62" w14:textId="77777777" w:rsidR="00B610C4" w:rsidRPr="009415FE" w:rsidRDefault="00B610C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610C4" w:rsidRPr="009415FE" w14:paraId="297EC33D" w14:textId="77777777">
        <w:trPr>
          <w:trHeight w:val="878"/>
          <w:jc w:val="center"/>
        </w:trPr>
        <w:tc>
          <w:tcPr>
            <w:tcW w:w="10375" w:type="dxa"/>
            <w:gridSpan w:val="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FCBA29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sz w:val="17"/>
              </w:rPr>
              <w:t>Olayı gören:   (   ) Var      (   ) Yok</w:t>
            </w:r>
            <w:r w:rsidRPr="009415FE">
              <w:rPr>
                <w:rFonts w:ascii="Times New Roman" w:hAnsi="Times New Roman" w:cs="Times New Roman"/>
                <w:sz w:val="17"/>
              </w:rPr>
              <w:br/>
            </w:r>
            <w:r w:rsidRPr="009415FE">
              <w:rPr>
                <w:rFonts w:ascii="Times New Roman" w:hAnsi="Times New Roman" w:cs="Times New Roman"/>
                <w:sz w:val="17"/>
              </w:rPr>
              <w:t>Şahidin/Şahitlerin Adı Soyadı / İmza:</w:t>
            </w:r>
            <w:r w:rsidRPr="009415FE">
              <w:rPr>
                <w:rFonts w:ascii="Times New Roman" w:hAnsi="Times New Roman" w:cs="Times New Roman"/>
                <w:sz w:val="17"/>
              </w:rPr>
              <w:br/>
            </w:r>
            <w:r w:rsidRPr="009415FE">
              <w:rPr>
                <w:rFonts w:ascii="Times New Roman" w:hAnsi="Times New Roman" w:cs="Times New Roman"/>
                <w:sz w:val="17"/>
              </w:rPr>
              <w:br/>
              <w:t>Şahidin/Şahitlerin Adresi ve Tel No:</w:t>
            </w:r>
          </w:p>
        </w:tc>
      </w:tr>
      <w:tr w:rsidR="00B610C4" w:rsidRPr="009415FE" w14:paraId="58B8A6A9" w14:textId="77777777">
        <w:trPr>
          <w:trHeight w:val="1219"/>
          <w:jc w:val="center"/>
        </w:trPr>
        <w:tc>
          <w:tcPr>
            <w:tcW w:w="10375" w:type="dxa"/>
            <w:gridSpan w:val="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14B6E0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Olaya İlişkin Açıklama:</w:t>
            </w:r>
            <w:r w:rsidRPr="009415FE">
              <w:rPr>
                <w:rFonts w:ascii="Times New Roman" w:hAnsi="Times New Roman" w:cs="Times New Roman"/>
                <w:b/>
                <w:sz w:val="17"/>
              </w:rPr>
              <w:br/>
            </w:r>
            <w:r w:rsidRPr="009415FE">
              <w:rPr>
                <w:rFonts w:ascii="Times New Roman" w:hAnsi="Times New Roman" w:cs="Times New Roman"/>
                <w:b/>
                <w:sz w:val="17"/>
              </w:rPr>
              <w:br/>
            </w:r>
            <w:r w:rsidRPr="009415FE">
              <w:rPr>
                <w:rFonts w:ascii="Times New Roman" w:hAnsi="Times New Roman" w:cs="Times New Roman"/>
                <w:b/>
                <w:sz w:val="17"/>
              </w:rPr>
              <w:br/>
            </w:r>
            <w:r w:rsidRPr="009415FE">
              <w:rPr>
                <w:rFonts w:ascii="Times New Roman" w:hAnsi="Times New Roman" w:cs="Times New Roman"/>
                <w:b/>
                <w:sz w:val="17"/>
              </w:rPr>
              <w:br/>
            </w:r>
          </w:p>
        </w:tc>
      </w:tr>
      <w:tr w:rsidR="00B610C4" w:rsidRPr="009415FE" w14:paraId="79277316" w14:textId="77777777">
        <w:trPr>
          <w:trHeight w:val="992"/>
          <w:jc w:val="center"/>
        </w:trPr>
        <w:tc>
          <w:tcPr>
            <w:tcW w:w="10375" w:type="dxa"/>
            <w:gridSpan w:val="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DE81D4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Yapılacak İşlemler ve Sonuç:</w:t>
            </w:r>
            <w:r w:rsidRPr="009415FE">
              <w:rPr>
                <w:rFonts w:ascii="Times New Roman" w:hAnsi="Times New Roman" w:cs="Times New Roman"/>
                <w:b/>
                <w:sz w:val="17"/>
              </w:rPr>
              <w:br/>
            </w:r>
            <w:r w:rsidRPr="009415FE">
              <w:rPr>
                <w:rFonts w:ascii="Times New Roman" w:hAnsi="Times New Roman" w:cs="Times New Roman"/>
                <w:b/>
                <w:sz w:val="17"/>
              </w:rPr>
              <w:br/>
            </w:r>
            <w:r w:rsidRPr="009415FE">
              <w:rPr>
                <w:rFonts w:ascii="Times New Roman" w:hAnsi="Times New Roman" w:cs="Times New Roman"/>
                <w:b/>
                <w:sz w:val="17"/>
              </w:rPr>
              <w:br/>
            </w:r>
          </w:p>
        </w:tc>
      </w:tr>
      <w:tr w:rsidR="00B610C4" w:rsidRPr="009415FE" w14:paraId="6458F719" w14:textId="77777777">
        <w:trPr>
          <w:trHeight w:val="255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77015C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Olaya Maruz Kalan Kişi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7C15B0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Dersin Sorumlu Öğretim Elemanı</w:t>
            </w:r>
          </w:p>
        </w:tc>
      </w:tr>
      <w:tr w:rsidR="00B610C4" w:rsidRPr="009415FE" w14:paraId="3B886622" w14:textId="77777777">
        <w:trPr>
          <w:trHeight w:val="255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0C6514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Adı Soyadı: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8E98CB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Adı Soyadı:</w:t>
            </w:r>
          </w:p>
        </w:tc>
      </w:tr>
      <w:tr w:rsidR="00B610C4" w:rsidRPr="009415FE" w14:paraId="2448D011" w14:textId="77777777">
        <w:trPr>
          <w:trHeight w:val="255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C2FDA4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Tarih: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896DDF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Tarih:</w:t>
            </w:r>
          </w:p>
        </w:tc>
      </w:tr>
      <w:tr w:rsidR="00B610C4" w:rsidRPr="009415FE" w14:paraId="2CC03B8D" w14:textId="77777777">
        <w:trPr>
          <w:trHeight w:val="311"/>
          <w:jc w:val="center"/>
        </w:trPr>
        <w:tc>
          <w:tcPr>
            <w:tcW w:w="41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62DDAA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İmza:</w:t>
            </w:r>
          </w:p>
        </w:tc>
        <w:tc>
          <w:tcPr>
            <w:tcW w:w="61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DE9328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7"/>
              </w:rPr>
              <w:t>İmza:</w:t>
            </w:r>
          </w:p>
        </w:tc>
      </w:tr>
      <w:tr w:rsidR="00B610C4" w:rsidRPr="009415FE" w14:paraId="1269590B" w14:textId="77777777">
        <w:trPr>
          <w:trHeight w:val="311"/>
          <w:jc w:val="center"/>
        </w:trPr>
        <w:tc>
          <w:tcPr>
            <w:tcW w:w="10375" w:type="dxa"/>
            <w:gridSpan w:val="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B957C7" w14:textId="77777777" w:rsidR="00B610C4" w:rsidRPr="009415FE" w:rsidRDefault="00440FAB">
            <w:pPr>
              <w:spacing w:after="0"/>
              <w:rPr>
                <w:rFonts w:ascii="Times New Roman" w:hAnsi="Times New Roman" w:cs="Times New Roman"/>
              </w:rPr>
            </w:pPr>
            <w:r w:rsidRPr="009415FE">
              <w:rPr>
                <w:rFonts w:ascii="Times New Roman" w:hAnsi="Times New Roman" w:cs="Times New Roman"/>
                <w:b/>
                <w:sz w:val="16"/>
              </w:rPr>
              <w:t>*Bu belgenin bir nüshası Hemşirelik Bölüm Başkanlığı’na teslim edilecektir.</w:t>
            </w:r>
          </w:p>
        </w:tc>
      </w:tr>
    </w:tbl>
    <w:p w14:paraId="6E89B61D" w14:textId="77777777" w:rsidR="00B610C4" w:rsidRPr="009415FE" w:rsidRDefault="00440FAB">
      <w:pPr>
        <w:spacing w:before="60" w:after="0"/>
        <w:rPr>
          <w:rFonts w:ascii="Times New Roman" w:hAnsi="Times New Roman" w:cs="Times New Roman"/>
        </w:rPr>
      </w:pPr>
      <w:r w:rsidRPr="009415FE">
        <w:rPr>
          <w:rFonts w:ascii="Times New Roman" w:hAnsi="Times New Roman" w:cs="Times New Roman"/>
          <w:i/>
          <w:sz w:val="15"/>
        </w:rPr>
        <w:t>*Kaza veya acil durum gerçekleşmesi hâlinde Muğla Sıtkı Koçman Üniversitesi ilgili birim acil durum planları ve İş Sağlığı ve Güvenliği Koordinatörlüğü tarafından yayımlanan kurallar doğrultusunda işlem yapılır.</w:t>
      </w:r>
      <w:r w:rsidRPr="009415FE">
        <w:rPr>
          <w:rFonts w:ascii="Times New Roman" w:hAnsi="Times New Roman" w:cs="Times New Roman"/>
          <w:i/>
          <w:sz w:val="15"/>
        </w:rPr>
        <w:br/>
        <w:t>*Acil durumda 112 aranmalıdır.</w:t>
      </w:r>
      <w:r w:rsidRPr="009415FE">
        <w:rPr>
          <w:rFonts w:ascii="Times New Roman" w:hAnsi="Times New Roman" w:cs="Times New Roman"/>
          <w:i/>
          <w:sz w:val="15"/>
        </w:rPr>
        <w:br/>
        <w:t>*İş Sağlığı ve Güvenliği Koordinatörlüğü: isg.mu.edu.tr</w:t>
      </w:r>
    </w:p>
    <w:sectPr w:rsidR="00B610C4" w:rsidRPr="009415FE" w:rsidSect="00034616">
      <w:pgSz w:w="12240" w:h="15840"/>
      <w:pgMar w:top="454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804881">
    <w:abstractNumId w:val="8"/>
  </w:num>
  <w:num w:numId="2" w16cid:durableId="208732884">
    <w:abstractNumId w:val="6"/>
  </w:num>
  <w:num w:numId="3" w16cid:durableId="1603029040">
    <w:abstractNumId w:val="5"/>
  </w:num>
  <w:num w:numId="4" w16cid:durableId="315652346">
    <w:abstractNumId w:val="4"/>
  </w:num>
  <w:num w:numId="5" w16cid:durableId="1422335163">
    <w:abstractNumId w:val="7"/>
  </w:num>
  <w:num w:numId="6" w16cid:durableId="1315915735">
    <w:abstractNumId w:val="3"/>
  </w:num>
  <w:num w:numId="7" w16cid:durableId="486827512">
    <w:abstractNumId w:val="2"/>
  </w:num>
  <w:num w:numId="8" w16cid:durableId="1005671758">
    <w:abstractNumId w:val="1"/>
  </w:num>
  <w:num w:numId="9" w16cid:durableId="36795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189B"/>
    <w:rsid w:val="00440FAB"/>
    <w:rsid w:val="009415FE"/>
    <w:rsid w:val="00AA1D8D"/>
    <w:rsid w:val="00B47730"/>
    <w:rsid w:val="00B610C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43E1F"/>
  <w14:defaultImageDpi w14:val="300"/>
  <w15:docId w15:val="{27A6D184-DAC0-473A-BECA-0795A382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Çiğdem Bilge</cp:lastModifiedBy>
  <cp:revision>2</cp:revision>
  <dcterms:created xsi:type="dcterms:W3CDTF">2026-08-19T05:17:00Z</dcterms:created>
  <dcterms:modified xsi:type="dcterms:W3CDTF">2026-08-19T05:17:00Z</dcterms:modified>
  <cp:category/>
</cp:coreProperties>
</file>