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465"/>
        <w:tblW w:w="0" w:type="auto"/>
        <w:tblLook w:val="04A0" w:firstRow="1" w:lastRow="0" w:firstColumn="1" w:lastColumn="0" w:noHBand="0" w:noVBand="1"/>
      </w:tblPr>
      <w:tblGrid>
        <w:gridCol w:w="10642"/>
      </w:tblGrid>
      <w:tr w:rsidR="00975FC1" w:rsidRPr="003362C5" w14:paraId="17024A29" w14:textId="77777777" w:rsidTr="003362C5">
        <w:tc>
          <w:tcPr>
            <w:tcW w:w="10652" w:type="dxa"/>
            <w:vAlign w:val="center"/>
          </w:tcPr>
          <w:p w14:paraId="26B8B4F1" w14:textId="77777777" w:rsidR="00975FC1" w:rsidRPr="003362C5" w:rsidRDefault="00DB43C9" w:rsidP="003362C5">
            <w:pPr>
              <w:jc w:val="center"/>
              <w:rPr>
                <w:rFonts w:ascii="Times New Roman" w:hAnsi="Times New Roman" w:cs="Times New Roman"/>
                <w:sz w:val="20"/>
                <w:szCs w:val="20"/>
              </w:rPr>
            </w:pPr>
            <w:r w:rsidRPr="003362C5">
              <w:rPr>
                <w:rFonts w:ascii="Times New Roman" w:hAnsi="Times New Roman" w:cs="Times New Roman"/>
                <w:b/>
                <w:sz w:val="20"/>
                <w:szCs w:val="20"/>
              </w:rPr>
              <w:t>T.C.</w:t>
            </w:r>
            <w:r w:rsidRPr="003362C5">
              <w:rPr>
                <w:rFonts w:ascii="Times New Roman" w:hAnsi="Times New Roman" w:cs="Times New Roman"/>
                <w:b/>
                <w:sz w:val="20"/>
                <w:szCs w:val="20"/>
              </w:rPr>
              <w:br/>
              <w:t>MUĞLA SITKI KOÇMAN ÜNİVERSİTESİ</w:t>
            </w:r>
            <w:r w:rsidRPr="003362C5">
              <w:rPr>
                <w:rFonts w:ascii="Times New Roman" w:hAnsi="Times New Roman" w:cs="Times New Roman"/>
                <w:b/>
                <w:sz w:val="20"/>
                <w:szCs w:val="20"/>
              </w:rPr>
              <w:br/>
              <w:t>SAĞLIK BİLİMLERİ FAKÜLTESİ</w:t>
            </w:r>
            <w:r w:rsidRPr="003362C5">
              <w:rPr>
                <w:rFonts w:ascii="Times New Roman" w:hAnsi="Times New Roman" w:cs="Times New Roman"/>
                <w:b/>
                <w:sz w:val="20"/>
                <w:szCs w:val="20"/>
              </w:rPr>
              <w:br/>
              <w:t>HEMŞİRELİK BÖLÜMÜ</w:t>
            </w:r>
          </w:p>
        </w:tc>
      </w:tr>
      <w:tr w:rsidR="00975FC1" w:rsidRPr="003362C5" w14:paraId="347FFF8A" w14:textId="77777777" w:rsidTr="003362C5">
        <w:tc>
          <w:tcPr>
            <w:tcW w:w="10652" w:type="dxa"/>
            <w:vAlign w:val="center"/>
          </w:tcPr>
          <w:p w14:paraId="4DE3BABF" w14:textId="77777777" w:rsidR="00975FC1" w:rsidRPr="003362C5" w:rsidRDefault="00DB43C9" w:rsidP="003362C5">
            <w:pPr>
              <w:jc w:val="center"/>
              <w:rPr>
                <w:rFonts w:ascii="Times New Roman" w:hAnsi="Times New Roman" w:cs="Times New Roman"/>
                <w:sz w:val="20"/>
                <w:szCs w:val="20"/>
              </w:rPr>
            </w:pPr>
            <w:r w:rsidRPr="003362C5">
              <w:rPr>
                <w:rFonts w:ascii="Times New Roman" w:hAnsi="Times New Roman" w:cs="Times New Roman"/>
                <w:b/>
                <w:sz w:val="20"/>
                <w:szCs w:val="20"/>
              </w:rPr>
              <w:t>LABORATUVAR KULLANIM TALEP FORMU</w:t>
            </w:r>
          </w:p>
        </w:tc>
      </w:tr>
    </w:tbl>
    <w:p w14:paraId="27E44759" w14:textId="77777777" w:rsidR="003362C5" w:rsidRPr="003362C5" w:rsidRDefault="003362C5" w:rsidP="003362C5">
      <w:pPr>
        <w:spacing w:after="80" w:line="480" w:lineRule="auto"/>
        <w:rPr>
          <w:rFonts w:ascii="Times New Roman" w:hAnsi="Times New Roman" w:cs="Times New Roman"/>
          <w:b/>
          <w:sz w:val="20"/>
          <w:szCs w:val="20"/>
        </w:rPr>
      </w:pPr>
    </w:p>
    <w:p w14:paraId="2D7B15EB" w14:textId="375736F6" w:rsidR="00975FC1" w:rsidRPr="003362C5" w:rsidRDefault="00DB43C9" w:rsidP="00272BDF">
      <w:pPr>
        <w:spacing w:before="240" w:after="80" w:line="360" w:lineRule="auto"/>
        <w:jc w:val="both"/>
        <w:rPr>
          <w:rFonts w:ascii="Times New Roman" w:hAnsi="Times New Roman" w:cs="Times New Roman"/>
          <w:sz w:val="20"/>
          <w:szCs w:val="20"/>
        </w:rPr>
      </w:pPr>
      <w:proofErr w:type="spellStart"/>
      <w:r w:rsidRPr="003362C5">
        <w:rPr>
          <w:rFonts w:ascii="Times New Roman" w:hAnsi="Times New Roman" w:cs="Times New Roman"/>
          <w:b/>
          <w:sz w:val="20"/>
          <w:szCs w:val="20"/>
        </w:rPr>
        <w:t>Açıklama</w:t>
      </w:r>
      <w:proofErr w:type="spellEnd"/>
      <w:r w:rsidRPr="003362C5">
        <w:rPr>
          <w:rFonts w:ascii="Times New Roman" w:hAnsi="Times New Roman" w:cs="Times New Roman"/>
          <w:b/>
          <w:sz w:val="20"/>
          <w:szCs w:val="20"/>
        </w:rPr>
        <w:t xml:space="preserve">: </w:t>
      </w:r>
      <w:r w:rsidRPr="003362C5">
        <w:rPr>
          <w:rFonts w:ascii="Times New Roman" w:hAnsi="Times New Roman" w:cs="Times New Roman"/>
          <w:sz w:val="20"/>
          <w:szCs w:val="20"/>
        </w:rPr>
        <w:t xml:space="preserve">Bu form, </w:t>
      </w:r>
      <w:proofErr w:type="spellStart"/>
      <w:r w:rsidRPr="003362C5">
        <w:rPr>
          <w:rFonts w:ascii="Times New Roman" w:hAnsi="Times New Roman" w:cs="Times New Roman"/>
          <w:sz w:val="20"/>
          <w:szCs w:val="20"/>
        </w:rPr>
        <w:t>Hemşirelik</w:t>
      </w:r>
      <w:proofErr w:type="spellEnd"/>
      <w:r w:rsidRPr="003362C5">
        <w:rPr>
          <w:rFonts w:ascii="Times New Roman" w:hAnsi="Times New Roman" w:cs="Times New Roman"/>
          <w:sz w:val="20"/>
          <w:szCs w:val="20"/>
        </w:rPr>
        <w:t xml:space="preserve"> Bölümü laboratuvarlarının ve laboratuvar malzemelerinin bilimsel ve eğitsel amaçlarla ders programı dışındaki kullanımlarına yönelik taleplerin kayıt altına alınması amacıyla hazırlanmıştır. Laboratuvar veya malzeme kullanımında bulunmak isteyen kişinin formu doldurarak laboratuvar sorumlusuna teslim etmesi gerekmektedir.</w:t>
      </w:r>
    </w:p>
    <w:p w14:paraId="6604A878" w14:textId="77777777" w:rsidR="00975FC1" w:rsidRPr="003362C5" w:rsidRDefault="00DB43C9" w:rsidP="003362C5">
      <w:pPr>
        <w:spacing w:after="60" w:line="360" w:lineRule="auto"/>
        <w:rPr>
          <w:rFonts w:ascii="Times New Roman" w:hAnsi="Times New Roman" w:cs="Times New Roman"/>
          <w:sz w:val="20"/>
          <w:szCs w:val="20"/>
        </w:rPr>
      </w:pPr>
      <w:r w:rsidRPr="003362C5">
        <w:rPr>
          <w:rFonts w:ascii="Times New Roman" w:hAnsi="Times New Roman" w:cs="Times New Roman"/>
          <w:b/>
          <w:sz w:val="20"/>
          <w:szCs w:val="20"/>
        </w:rPr>
        <w:t xml:space="preserve">Talep Eden Kişinin Ünvanı ve Adı-Soyadı: </w:t>
      </w:r>
      <w:r w:rsidRPr="003362C5">
        <w:rPr>
          <w:rFonts w:ascii="Times New Roman" w:hAnsi="Times New Roman" w:cs="Times New Roman"/>
          <w:sz w:val="20"/>
          <w:szCs w:val="20"/>
        </w:rPr>
        <w:t>................................................................................................</w:t>
      </w:r>
    </w:p>
    <w:p w14:paraId="5BBFE41A" w14:textId="77777777" w:rsidR="00975FC1" w:rsidRPr="003362C5" w:rsidRDefault="00DB43C9" w:rsidP="003362C5">
      <w:pPr>
        <w:spacing w:after="60" w:line="360" w:lineRule="auto"/>
        <w:rPr>
          <w:rFonts w:ascii="Times New Roman" w:hAnsi="Times New Roman" w:cs="Times New Roman"/>
          <w:sz w:val="20"/>
          <w:szCs w:val="20"/>
        </w:rPr>
      </w:pPr>
      <w:r w:rsidRPr="003362C5">
        <w:rPr>
          <w:rFonts w:ascii="Times New Roman" w:hAnsi="Times New Roman" w:cs="Times New Roman"/>
          <w:b/>
          <w:sz w:val="20"/>
          <w:szCs w:val="20"/>
        </w:rPr>
        <w:t xml:space="preserve">Çalışmanın / Faaliyetin Başlığı: </w:t>
      </w:r>
      <w:r w:rsidRPr="003362C5">
        <w:rPr>
          <w:rFonts w:ascii="Times New Roman" w:hAnsi="Times New Roman" w:cs="Times New Roman"/>
          <w:sz w:val="20"/>
          <w:szCs w:val="20"/>
        </w:rPr>
        <w:t>................................................................................................</w:t>
      </w:r>
    </w:p>
    <w:p w14:paraId="6B9E917C" w14:textId="77777777" w:rsidR="00975FC1" w:rsidRPr="003362C5" w:rsidRDefault="00DB43C9" w:rsidP="003362C5">
      <w:pPr>
        <w:spacing w:after="60" w:line="360" w:lineRule="auto"/>
        <w:rPr>
          <w:rFonts w:ascii="Times New Roman" w:hAnsi="Times New Roman" w:cs="Times New Roman"/>
          <w:sz w:val="20"/>
          <w:szCs w:val="20"/>
        </w:rPr>
      </w:pPr>
      <w:r w:rsidRPr="003362C5">
        <w:rPr>
          <w:rFonts w:ascii="Times New Roman" w:hAnsi="Times New Roman" w:cs="Times New Roman"/>
          <w:b/>
          <w:sz w:val="20"/>
          <w:szCs w:val="20"/>
        </w:rPr>
        <w:t xml:space="preserve">Araştırma / Çalışma Ekibi: </w:t>
      </w:r>
      <w:r w:rsidRPr="003362C5">
        <w:rPr>
          <w:rFonts w:ascii="Times New Roman" w:hAnsi="Times New Roman" w:cs="Times New Roman"/>
          <w:sz w:val="20"/>
          <w:szCs w:val="20"/>
        </w:rPr>
        <w:t>................................................................................................</w:t>
      </w:r>
    </w:p>
    <w:p w14:paraId="3D402C4C" w14:textId="77777777" w:rsidR="00975FC1" w:rsidRPr="003362C5" w:rsidRDefault="00DB43C9" w:rsidP="003362C5">
      <w:pPr>
        <w:spacing w:after="20" w:line="360" w:lineRule="auto"/>
        <w:rPr>
          <w:rFonts w:ascii="Times New Roman" w:hAnsi="Times New Roman" w:cs="Times New Roman"/>
          <w:sz w:val="20"/>
          <w:szCs w:val="20"/>
        </w:rPr>
      </w:pPr>
      <w:r w:rsidRPr="003362C5">
        <w:rPr>
          <w:rFonts w:ascii="Times New Roman" w:hAnsi="Times New Roman" w:cs="Times New Roman"/>
          <w:b/>
          <w:sz w:val="20"/>
          <w:szCs w:val="20"/>
        </w:rPr>
        <w:t>Çalışmanın / Faaliyetin Türü:</w:t>
      </w:r>
    </w:p>
    <w:p w14:paraId="61F028F6" w14:textId="77777777" w:rsidR="00975FC1" w:rsidRPr="003362C5" w:rsidRDefault="00DB43C9" w:rsidP="003362C5">
      <w:pPr>
        <w:spacing w:after="0" w:line="360" w:lineRule="auto"/>
        <w:ind w:left="283"/>
        <w:rPr>
          <w:rFonts w:ascii="Times New Roman" w:hAnsi="Times New Roman" w:cs="Times New Roman"/>
          <w:sz w:val="20"/>
          <w:szCs w:val="20"/>
        </w:rPr>
      </w:pPr>
      <w:r w:rsidRPr="003362C5">
        <w:rPr>
          <w:rFonts w:ascii="Segoe UI Symbol" w:hAnsi="Segoe UI Symbol" w:cs="Segoe UI Symbol"/>
          <w:sz w:val="20"/>
          <w:szCs w:val="20"/>
        </w:rPr>
        <w:t>☐</w:t>
      </w:r>
      <w:r w:rsidRPr="003362C5">
        <w:rPr>
          <w:rFonts w:ascii="Times New Roman" w:hAnsi="Times New Roman" w:cs="Times New Roman"/>
          <w:sz w:val="20"/>
          <w:szCs w:val="20"/>
        </w:rPr>
        <w:t xml:space="preserve"> Proje (TÜBİTAK/BAP/TÜSEB vb.) (Açıklayınız): ........................................................</w:t>
      </w:r>
    </w:p>
    <w:p w14:paraId="55605EE6" w14:textId="77777777" w:rsidR="00975FC1" w:rsidRPr="003362C5" w:rsidRDefault="00DB43C9" w:rsidP="003362C5">
      <w:pPr>
        <w:spacing w:after="0" w:line="360" w:lineRule="auto"/>
        <w:ind w:left="283"/>
        <w:rPr>
          <w:rFonts w:ascii="Times New Roman" w:hAnsi="Times New Roman" w:cs="Times New Roman"/>
          <w:sz w:val="20"/>
          <w:szCs w:val="20"/>
        </w:rPr>
      </w:pPr>
      <w:r w:rsidRPr="003362C5">
        <w:rPr>
          <w:rFonts w:ascii="Segoe UI Symbol" w:hAnsi="Segoe UI Symbol" w:cs="Segoe UI Symbol"/>
          <w:sz w:val="20"/>
          <w:szCs w:val="20"/>
        </w:rPr>
        <w:t>☐</w:t>
      </w:r>
      <w:r w:rsidRPr="003362C5">
        <w:rPr>
          <w:rFonts w:ascii="Times New Roman" w:hAnsi="Times New Roman" w:cs="Times New Roman"/>
          <w:sz w:val="20"/>
          <w:szCs w:val="20"/>
        </w:rPr>
        <w:t xml:space="preserve"> Tez çalışması</w:t>
      </w:r>
    </w:p>
    <w:p w14:paraId="6D258F38" w14:textId="77777777" w:rsidR="00975FC1" w:rsidRPr="003362C5" w:rsidRDefault="00DB43C9" w:rsidP="003362C5">
      <w:pPr>
        <w:spacing w:after="0" w:line="360" w:lineRule="auto"/>
        <w:ind w:left="283"/>
        <w:rPr>
          <w:rFonts w:ascii="Times New Roman" w:hAnsi="Times New Roman" w:cs="Times New Roman"/>
          <w:sz w:val="20"/>
          <w:szCs w:val="20"/>
        </w:rPr>
      </w:pPr>
      <w:r w:rsidRPr="003362C5">
        <w:rPr>
          <w:rFonts w:ascii="Segoe UI Symbol" w:hAnsi="Segoe UI Symbol" w:cs="Segoe UI Symbol"/>
          <w:sz w:val="20"/>
          <w:szCs w:val="20"/>
        </w:rPr>
        <w:t>☐</w:t>
      </w:r>
      <w:r w:rsidRPr="003362C5">
        <w:rPr>
          <w:rFonts w:ascii="Times New Roman" w:hAnsi="Times New Roman" w:cs="Times New Roman"/>
          <w:sz w:val="20"/>
          <w:szCs w:val="20"/>
        </w:rPr>
        <w:t xml:space="preserve"> Öğretim üyesi / öğretim elemanı çalışması</w:t>
      </w:r>
    </w:p>
    <w:p w14:paraId="54F4463D" w14:textId="77777777" w:rsidR="00975FC1" w:rsidRPr="003362C5" w:rsidRDefault="00DB43C9" w:rsidP="003362C5">
      <w:pPr>
        <w:spacing w:after="0" w:line="360" w:lineRule="auto"/>
        <w:ind w:left="283"/>
        <w:rPr>
          <w:rFonts w:ascii="Times New Roman" w:hAnsi="Times New Roman" w:cs="Times New Roman"/>
          <w:sz w:val="20"/>
          <w:szCs w:val="20"/>
        </w:rPr>
      </w:pPr>
      <w:r w:rsidRPr="003362C5">
        <w:rPr>
          <w:rFonts w:ascii="Segoe UI Symbol" w:hAnsi="Segoe UI Symbol" w:cs="Segoe UI Symbol"/>
          <w:sz w:val="20"/>
          <w:szCs w:val="20"/>
        </w:rPr>
        <w:t>☐</w:t>
      </w:r>
      <w:r w:rsidRPr="003362C5">
        <w:rPr>
          <w:rFonts w:ascii="Times New Roman" w:hAnsi="Times New Roman" w:cs="Times New Roman"/>
          <w:sz w:val="20"/>
          <w:szCs w:val="20"/>
        </w:rPr>
        <w:t xml:space="preserve"> Ders dışı eğitim faaliyeti (Açıklayınız): ........................................................</w:t>
      </w:r>
    </w:p>
    <w:p w14:paraId="3A376568" w14:textId="77777777" w:rsidR="00975FC1" w:rsidRPr="003362C5" w:rsidRDefault="00DB43C9" w:rsidP="003362C5">
      <w:pPr>
        <w:spacing w:after="0" w:line="360" w:lineRule="auto"/>
        <w:ind w:left="283"/>
        <w:rPr>
          <w:rFonts w:ascii="Times New Roman" w:hAnsi="Times New Roman" w:cs="Times New Roman"/>
          <w:sz w:val="20"/>
          <w:szCs w:val="20"/>
        </w:rPr>
      </w:pPr>
      <w:r w:rsidRPr="003362C5">
        <w:rPr>
          <w:rFonts w:ascii="Segoe UI Symbol" w:hAnsi="Segoe UI Symbol" w:cs="Segoe UI Symbol"/>
          <w:sz w:val="20"/>
          <w:szCs w:val="20"/>
        </w:rPr>
        <w:t>☐</w:t>
      </w:r>
      <w:r w:rsidRPr="003362C5">
        <w:rPr>
          <w:rFonts w:ascii="Times New Roman" w:hAnsi="Times New Roman" w:cs="Times New Roman"/>
          <w:sz w:val="20"/>
          <w:szCs w:val="20"/>
        </w:rPr>
        <w:t xml:space="preserve"> Diğer (Açıklayınız): .........................................................................................</w:t>
      </w:r>
    </w:p>
    <w:p w14:paraId="7A3A190D" w14:textId="77777777" w:rsidR="00975FC1" w:rsidRPr="003362C5" w:rsidRDefault="00DB43C9" w:rsidP="003362C5">
      <w:pPr>
        <w:spacing w:after="60" w:line="360" w:lineRule="auto"/>
        <w:rPr>
          <w:rFonts w:ascii="Times New Roman" w:hAnsi="Times New Roman" w:cs="Times New Roman"/>
          <w:sz w:val="20"/>
          <w:szCs w:val="20"/>
        </w:rPr>
      </w:pPr>
      <w:r w:rsidRPr="003362C5">
        <w:rPr>
          <w:rFonts w:ascii="Times New Roman" w:hAnsi="Times New Roman" w:cs="Times New Roman"/>
          <w:b/>
          <w:sz w:val="20"/>
          <w:szCs w:val="20"/>
        </w:rPr>
        <w:t xml:space="preserve">Laboratuvarın Kullanılacağı Tarih ve Süre: </w:t>
      </w:r>
      <w:r w:rsidRPr="003362C5">
        <w:rPr>
          <w:rFonts w:ascii="Times New Roman" w:hAnsi="Times New Roman" w:cs="Times New Roman"/>
          <w:sz w:val="20"/>
          <w:szCs w:val="20"/>
        </w:rPr>
        <w:t>........................................................................</w:t>
      </w:r>
    </w:p>
    <w:p w14:paraId="21DFF27F" w14:textId="77777777" w:rsidR="00975FC1" w:rsidRPr="003362C5" w:rsidRDefault="00DB43C9" w:rsidP="003362C5">
      <w:pPr>
        <w:spacing w:after="20" w:line="360" w:lineRule="auto"/>
        <w:rPr>
          <w:rFonts w:ascii="Times New Roman" w:hAnsi="Times New Roman" w:cs="Times New Roman"/>
          <w:sz w:val="20"/>
          <w:szCs w:val="20"/>
        </w:rPr>
      </w:pPr>
      <w:r w:rsidRPr="003362C5">
        <w:rPr>
          <w:rFonts w:ascii="Times New Roman" w:hAnsi="Times New Roman" w:cs="Times New Roman"/>
          <w:b/>
          <w:sz w:val="20"/>
          <w:szCs w:val="20"/>
        </w:rPr>
        <w:t>Kullanımı Talep Edilen Laboratuvar:</w:t>
      </w:r>
    </w:p>
    <w:p w14:paraId="2766C5D5" w14:textId="77777777" w:rsidR="00975FC1" w:rsidRPr="003362C5" w:rsidRDefault="00DB43C9" w:rsidP="003362C5">
      <w:pPr>
        <w:spacing w:after="80" w:line="360" w:lineRule="auto"/>
        <w:ind w:left="283"/>
        <w:rPr>
          <w:rFonts w:ascii="Times New Roman" w:hAnsi="Times New Roman" w:cs="Times New Roman"/>
          <w:sz w:val="20"/>
          <w:szCs w:val="20"/>
        </w:rPr>
      </w:pPr>
      <w:r w:rsidRPr="003362C5">
        <w:rPr>
          <w:rFonts w:ascii="Segoe UI Symbol" w:hAnsi="Segoe UI Symbol" w:cs="Segoe UI Symbol"/>
          <w:sz w:val="20"/>
          <w:szCs w:val="20"/>
        </w:rPr>
        <w:t>☐</w:t>
      </w:r>
      <w:r w:rsidRPr="003362C5">
        <w:rPr>
          <w:rFonts w:ascii="Times New Roman" w:hAnsi="Times New Roman" w:cs="Times New Roman"/>
          <w:sz w:val="20"/>
          <w:szCs w:val="20"/>
        </w:rPr>
        <w:t xml:space="preserve"> Laboratuvar 1        </w:t>
      </w:r>
      <w:r w:rsidRPr="003362C5">
        <w:rPr>
          <w:rFonts w:ascii="Segoe UI Symbol" w:hAnsi="Segoe UI Symbol" w:cs="Segoe UI Symbol"/>
          <w:sz w:val="20"/>
          <w:szCs w:val="20"/>
        </w:rPr>
        <w:t>☐</w:t>
      </w:r>
      <w:r w:rsidRPr="003362C5">
        <w:rPr>
          <w:rFonts w:ascii="Times New Roman" w:hAnsi="Times New Roman" w:cs="Times New Roman"/>
          <w:sz w:val="20"/>
          <w:szCs w:val="20"/>
        </w:rPr>
        <w:t xml:space="preserve"> Laboratuvar 2</w:t>
      </w:r>
    </w:p>
    <w:p w14:paraId="2CC05219" w14:textId="77777777" w:rsidR="00975FC1" w:rsidRPr="003362C5" w:rsidRDefault="00DB43C9" w:rsidP="003362C5">
      <w:pPr>
        <w:spacing w:after="40" w:line="360" w:lineRule="auto"/>
        <w:rPr>
          <w:rFonts w:ascii="Times New Roman" w:hAnsi="Times New Roman" w:cs="Times New Roman"/>
          <w:sz w:val="20"/>
          <w:szCs w:val="20"/>
        </w:rPr>
      </w:pPr>
      <w:r w:rsidRPr="003362C5">
        <w:rPr>
          <w:rFonts w:ascii="Times New Roman" w:hAnsi="Times New Roman" w:cs="Times New Roman"/>
          <w:b/>
          <w:sz w:val="20"/>
          <w:szCs w:val="20"/>
        </w:rPr>
        <w:t>Talep Edilen / Kullanılan Malzemeler</w:t>
      </w:r>
    </w:p>
    <w:tbl>
      <w:tblPr>
        <w:tblStyle w:val="TableGrid"/>
        <w:tblW w:w="0" w:type="auto"/>
        <w:jc w:val="center"/>
        <w:tblLook w:val="04A0" w:firstRow="1" w:lastRow="0" w:firstColumn="1" w:lastColumn="0" w:noHBand="0" w:noVBand="1"/>
      </w:tblPr>
      <w:tblGrid>
        <w:gridCol w:w="2129"/>
        <w:gridCol w:w="2128"/>
        <w:gridCol w:w="2129"/>
        <w:gridCol w:w="2128"/>
        <w:gridCol w:w="2128"/>
      </w:tblGrid>
      <w:tr w:rsidR="00975FC1" w:rsidRPr="003362C5" w14:paraId="4A4BAB38" w14:textId="77777777">
        <w:trPr>
          <w:jc w:val="center"/>
        </w:trPr>
        <w:tc>
          <w:tcPr>
            <w:tcW w:w="2130" w:type="dxa"/>
            <w:shd w:val="clear" w:color="auto" w:fill="D9D9D9"/>
            <w:vAlign w:val="center"/>
          </w:tcPr>
          <w:p w14:paraId="691A5B20" w14:textId="77777777" w:rsidR="00975FC1" w:rsidRPr="003362C5" w:rsidRDefault="00DB43C9" w:rsidP="003362C5">
            <w:pPr>
              <w:spacing w:line="360" w:lineRule="auto"/>
              <w:jc w:val="center"/>
              <w:rPr>
                <w:rFonts w:ascii="Times New Roman" w:hAnsi="Times New Roman" w:cs="Times New Roman"/>
                <w:sz w:val="20"/>
                <w:szCs w:val="20"/>
              </w:rPr>
            </w:pPr>
            <w:r w:rsidRPr="003362C5">
              <w:rPr>
                <w:rFonts w:ascii="Times New Roman" w:hAnsi="Times New Roman" w:cs="Times New Roman"/>
                <w:b/>
                <w:sz w:val="20"/>
                <w:szCs w:val="20"/>
              </w:rPr>
              <w:t>Talep edilen simülatör / maket / sarf malzemenin adı</w:t>
            </w:r>
          </w:p>
        </w:tc>
        <w:tc>
          <w:tcPr>
            <w:tcW w:w="2130" w:type="dxa"/>
            <w:shd w:val="clear" w:color="auto" w:fill="D9D9D9"/>
            <w:vAlign w:val="center"/>
          </w:tcPr>
          <w:p w14:paraId="3326D6DB" w14:textId="77777777" w:rsidR="00975FC1" w:rsidRPr="003362C5" w:rsidRDefault="00DB43C9" w:rsidP="003362C5">
            <w:pPr>
              <w:spacing w:line="360" w:lineRule="auto"/>
              <w:jc w:val="center"/>
              <w:rPr>
                <w:rFonts w:ascii="Times New Roman" w:hAnsi="Times New Roman" w:cs="Times New Roman"/>
                <w:sz w:val="20"/>
                <w:szCs w:val="20"/>
              </w:rPr>
            </w:pPr>
            <w:r w:rsidRPr="003362C5">
              <w:rPr>
                <w:rFonts w:ascii="Times New Roman" w:hAnsi="Times New Roman" w:cs="Times New Roman"/>
                <w:b/>
                <w:sz w:val="20"/>
                <w:szCs w:val="20"/>
              </w:rPr>
              <w:t>Sayısı</w:t>
            </w:r>
          </w:p>
        </w:tc>
        <w:tc>
          <w:tcPr>
            <w:tcW w:w="2130" w:type="dxa"/>
            <w:shd w:val="clear" w:color="auto" w:fill="D9D9D9"/>
            <w:vAlign w:val="center"/>
          </w:tcPr>
          <w:p w14:paraId="740D6F8A" w14:textId="77777777" w:rsidR="00975FC1" w:rsidRPr="003362C5" w:rsidRDefault="00DB43C9" w:rsidP="003362C5">
            <w:pPr>
              <w:spacing w:line="360" w:lineRule="auto"/>
              <w:jc w:val="center"/>
              <w:rPr>
                <w:rFonts w:ascii="Times New Roman" w:hAnsi="Times New Roman" w:cs="Times New Roman"/>
                <w:sz w:val="20"/>
                <w:szCs w:val="20"/>
              </w:rPr>
            </w:pPr>
            <w:r w:rsidRPr="003362C5">
              <w:rPr>
                <w:rFonts w:ascii="Times New Roman" w:hAnsi="Times New Roman" w:cs="Times New Roman"/>
                <w:b/>
                <w:sz w:val="20"/>
                <w:szCs w:val="20"/>
              </w:rPr>
              <w:t>Kullanılacağı tarih / süre</w:t>
            </w:r>
            <w:r w:rsidRPr="003362C5">
              <w:rPr>
                <w:rFonts w:ascii="Times New Roman" w:hAnsi="Times New Roman" w:cs="Times New Roman"/>
                <w:b/>
                <w:sz w:val="20"/>
                <w:szCs w:val="20"/>
              </w:rPr>
              <w:br/>
              <w:t>(Saat/Gün/Ay/Yıl)</w:t>
            </w:r>
          </w:p>
        </w:tc>
        <w:tc>
          <w:tcPr>
            <w:tcW w:w="2130" w:type="dxa"/>
            <w:shd w:val="clear" w:color="auto" w:fill="D9D9D9"/>
            <w:vAlign w:val="center"/>
          </w:tcPr>
          <w:p w14:paraId="427CF51F" w14:textId="77777777" w:rsidR="00975FC1" w:rsidRPr="003362C5" w:rsidRDefault="00DB43C9" w:rsidP="003362C5">
            <w:pPr>
              <w:spacing w:line="360" w:lineRule="auto"/>
              <w:jc w:val="center"/>
              <w:rPr>
                <w:rFonts w:ascii="Times New Roman" w:hAnsi="Times New Roman" w:cs="Times New Roman"/>
                <w:sz w:val="20"/>
                <w:szCs w:val="20"/>
              </w:rPr>
            </w:pPr>
            <w:r w:rsidRPr="003362C5">
              <w:rPr>
                <w:rFonts w:ascii="Times New Roman" w:hAnsi="Times New Roman" w:cs="Times New Roman"/>
                <w:b/>
                <w:sz w:val="20"/>
                <w:szCs w:val="20"/>
              </w:rPr>
              <w:t>Teslim alan kişi, tarih ve imza</w:t>
            </w:r>
          </w:p>
        </w:tc>
        <w:tc>
          <w:tcPr>
            <w:tcW w:w="2130" w:type="dxa"/>
            <w:shd w:val="clear" w:color="auto" w:fill="D9D9D9"/>
            <w:vAlign w:val="center"/>
          </w:tcPr>
          <w:p w14:paraId="4ED486FE" w14:textId="77777777" w:rsidR="00975FC1" w:rsidRPr="003362C5" w:rsidRDefault="00DB43C9" w:rsidP="003362C5">
            <w:pPr>
              <w:spacing w:line="360" w:lineRule="auto"/>
              <w:jc w:val="center"/>
              <w:rPr>
                <w:rFonts w:ascii="Times New Roman" w:hAnsi="Times New Roman" w:cs="Times New Roman"/>
                <w:sz w:val="20"/>
                <w:szCs w:val="20"/>
              </w:rPr>
            </w:pPr>
            <w:r w:rsidRPr="003362C5">
              <w:rPr>
                <w:rFonts w:ascii="Times New Roman" w:hAnsi="Times New Roman" w:cs="Times New Roman"/>
                <w:b/>
                <w:sz w:val="20"/>
                <w:szCs w:val="20"/>
              </w:rPr>
              <w:t>Teslim eden kişi, tarih ve imza</w:t>
            </w:r>
          </w:p>
        </w:tc>
      </w:tr>
      <w:tr w:rsidR="00975FC1" w:rsidRPr="003362C5" w14:paraId="1588DA78" w14:textId="77777777">
        <w:trPr>
          <w:jc w:val="center"/>
        </w:trPr>
        <w:tc>
          <w:tcPr>
            <w:tcW w:w="2130" w:type="dxa"/>
            <w:vAlign w:val="center"/>
          </w:tcPr>
          <w:p w14:paraId="53F4613A" w14:textId="77777777" w:rsidR="00975FC1" w:rsidRPr="003362C5" w:rsidRDefault="00DB43C9" w:rsidP="003362C5">
            <w:pPr>
              <w:spacing w:line="360" w:lineRule="auto"/>
              <w:rPr>
                <w:rFonts w:ascii="Times New Roman" w:hAnsi="Times New Roman" w:cs="Times New Roman"/>
                <w:sz w:val="20"/>
                <w:szCs w:val="20"/>
              </w:rPr>
            </w:pPr>
            <w:r w:rsidRPr="003362C5">
              <w:rPr>
                <w:rFonts w:ascii="Times New Roman" w:hAnsi="Times New Roman" w:cs="Times New Roman"/>
                <w:sz w:val="20"/>
                <w:szCs w:val="20"/>
              </w:rPr>
              <w:t>1.</w:t>
            </w:r>
          </w:p>
        </w:tc>
        <w:tc>
          <w:tcPr>
            <w:tcW w:w="2130" w:type="dxa"/>
          </w:tcPr>
          <w:p w14:paraId="6142DEC3" w14:textId="77777777" w:rsidR="00975FC1" w:rsidRPr="003362C5" w:rsidRDefault="00975FC1" w:rsidP="003362C5">
            <w:pPr>
              <w:spacing w:line="360" w:lineRule="auto"/>
              <w:rPr>
                <w:rFonts w:ascii="Times New Roman" w:hAnsi="Times New Roman" w:cs="Times New Roman"/>
                <w:sz w:val="20"/>
                <w:szCs w:val="20"/>
              </w:rPr>
            </w:pPr>
          </w:p>
        </w:tc>
        <w:tc>
          <w:tcPr>
            <w:tcW w:w="2130" w:type="dxa"/>
          </w:tcPr>
          <w:p w14:paraId="5D68BFDF" w14:textId="77777777" w:rsidR="00975FC1" w:rsidRPr="003362C5" w:rsidRDefault="00975FC1" w:rsidP="003362C5">
            <w:pPr>
              <w:spacing w:line="360" w:lineRule="auto"/>
              <w:rPr>
                <w:rFonts w:ascii="Times New Roman" w:hAnsi="Times New Roman" w:cs="Times New Roman"/>
                <w:sz w:val="20"/>
                <w:szCs w:val="20"/>
              </w:rPr>
            </w:pPr>
          </w:p>
        </w:tc>
        <w:tc>
          <w:tcPr>
            <w:tcW w:w="2130" w:type="dxa"/>
          </w:tcPr>
          <w:p w14:paraId="1695B078" w14:textId="77777777" w:rsidR="00975FC1" w:rsidRPr="003362C5" w:rsidRDefault="00975FC1" w:rsidP="003362C5">
            <w:pPr>
              <w:spacing w:line="360" w:lineRule="auto"/>
              <w:rPr>
                <w:rFonts w:ascii="Times New Roman" w:hAnsi="Times New Roman" w:cs="Times New Roman"/>
                <w:sz w:val="20"/>
                <w:szCs w:val="20"/>
              </w:rPr>
            </w:pPr>
          </w:p>
        </w:tc>
        <w:tc>
          <w:tcPr>
            <w:tcW w:w="2130" w:type="dxa"/>
          </w:tcPr>
          <w:p w14:paraId="079FB900" w14:textId="77777777" w:rsidR="00975FC1" w:rsidRPr="003362C5" w:rsidRDefault="00975FC1" w:rsidP="003362C5">
            <w:pPr>
              <w:spacing w:line="360" w:lineRule="auto"/>
              <w:rPr>
                <w:rFonts w:ascii="Times New Roman" w:hAnsi="Times New Roman" w:cs="Times New Roman"/>
                <w:sz w:val="20"/>
                <w:szCs w:val="20"/>
              </w:rPr>
            </w:pPr>
          </w:p>
        </w:tc>
      </w:tr>
      <w:tr w:rsidR="00975FC1" w:rsidRPr="003362C5" w14:paraId="1A4E7F47" w14:textId="77777777">
        <w:trPr>
          <w:jc w:val="center"/>
        </w:trPr>
        <w:tc>
          <w:tcPr>
            <w:tcW w:w="2130" w:type="dxa"/>
            <w:vAlign w:val="center"/>
          </w:tcPr>
          <w:p w14:paraId="3E31DA2D" w14:textId="77777777" w:rsidR="00975FC1" w:rsidRPr="003362C5" w:rsidRDefault="00DB43C9" w:rsidP="003362C5">
            <w:pPr>
              <w:spacing w:line="360" w:lineRule="auto"/>
              <w:rPr>
                <w:rFonts w:ascii="Times New Roman" w:hAnsi="Times New Roman" w:cs="Times New Roman"/>
                <w:sz w:val="20"/>
                <w:szCs w:val="20"/>
              </w:rPr>
            </w:pPr>
            <w:r w:rsidRPr="003362C5">
              <w:rPr>
                <w:rFonts w:ascii="Times New Roman" w:hAnsi="Times New Roman" w:cs="Times New Roman"/>
                <w:sz w:val="20"/>
                <w:szCs w:val="20"/>
              </w:rPr>
              <w:t>2.</w:t>
            </w:r>
          </w:p>
        </w:tc>
        <w:tc>
          <w:tcPr>
            <w:tcW w:w="2130" w:type="dxa"/>
          </w:tcPr>
          <w:p w14:paraId="198BCD1D" w14:textId="77777777" w:rsidR="00975FC1" w:rsidRPr="003362C5" w:rsidRDefault="00975FC1" w:rsidP="003362C5">
            <w:pPr>
              <w:spacing w:line="360" w:lineRule="auto"/>
              <w:rPr>
                <w:rFonts w:ascii="Times New Roman" w:hAnsi="Times New Roman" w:cs="Times New Roman"/>
                <w:sz w:val="20"/>
                <w:szCs w:val="20"/>
              </w:rPr>
            </w:pPr>
          </w:p>
        </w:tc>
        <w:tc>
          <w:tcPr>
            <w:tcW w:w="2130" w:type="dxa"/>
          </w:tcPr>
          <w:p w14:paraId="23488011" w14:textId="77777777" w:rsidR="00975FC1" w:rsidRPr="003362C5" w:rsidRDefault="00975FC1" w:rsidP="003362C5">
            <w:pPr>
              <w:spacing w:line="360" w:lineRule="auto"/>
              <w:rPr>
                <w:rFonts w:ascii="Times New Roman" w:hAnsi="Times New Roman" w:cs="Times New Roman"/>
                <w:sz w:val="20"/>
                <w:szCs w:val="20"/>
              </w:rPr>
            </w:pPr>
          </w:p>
        </w:tc>
        <w:tc>
          <w:tcPr>
            <w:tcW w:w="2130" w:type="dxa"/>
          </w:tcPr>
          <w:p w14:paraId="2F65DE4C" w14:textId="77777777" w:rsidR="00975FC1" w:rsidRPr="003362C5" w:rsidRDefault="00975FC1" w:rsidP="003362C5">
            <w:pPr>
              <w:spacing w:line="360" w:lineRule="auto"/>
              <w:rPr>
                <w:rFonts w:ascii="Times New Roman" w:hAnsi="Times New Roman" w:cs="Times New Roman"/>
                <w:sz w:val="20"/>
                <w:szCs w:val="20"/>
              </w:rPr>
            </w:pPr>
          </w:p>
        </w:tc>
        <w:tc>
          <w:tcPr>
            <w:tcW w:w="2130" w:type="dxa"/>
          </w:tcPr>
          <w:p w14:paraId="720DE671" w14:textId="77777777" w:rsidR="00975FC1" w:rsidRPr="003362C5" w:rsidRDefault="00975FC1" w:rsidP="003362C5">
            <w:pPr>
              <w:spacing w:line="360" w:lineRule="auto"/>
              <w:rPr>
                <w:rFonts w:ascii="Times New Roman" w:hAnsi="Times New Roman" w:cs="Times New Roman"/>
                <w:sz w:val="20"/>
                <w:szCs w:val="20"/>
              </w:rPr>
            </w:pPr>
          </w:p>
        </w:tc>
      </w:tr>
      <w:tr w:rsidR="00975FC1" w:rsidRPr="003362C5" w14:paraId="6E03DD93" w14:textId="77777777">
        <w:trPr>
          <w:jc w:val="center"/>
        </w:trPr>
        <w:tc>
          <w:tcPr>
            <w:tcW w:w="2130" w:type="dxa"/>
            <w:vAlign w:val="center"/>
          </w:tcPr>
          <w:p w14:paraId="507594F1" w14:textId="77777777" w:rsidR="00975FC1" w:rsidRPr="003362C5" w:rsidRDefault="00DB43C9" w:rsidP="003362C5">
            <w:pPr>
              <w:spacing w:line="360" w:lineRule="auto"/>
              <w:rPr>
                <w:rFonts w:ascii="Times New Roman" w:hAnsi="Times New Roman" w:cs="Times New Roman"/>
                <w:sz w:val="20"/>
                <w:szCs w:val="20"/>
              </w:rPr>
            </w:pPr>
            <w:r w:rsidRPr="003362C5">
              <w:rPr>
                <w:rFonts w:ascii="Times New Roman" w:hAnsi="Times New Roman" w:cs="Times New Roman"/>
                <w:sz w:val="20"/>
                <w:szCs w:val="20"/>
              </w:rPr>
              <w:t>3.</w:t>
            </w:r>
          </w:p>
        </w:tc>
        <w:tc>
          <w:tcPr>
            <w:tcW w:w="2130" w:type="dxa"/>
          </w:tcPr>
          <w:p w14:paraId="49DFCCB3" w14:textId="77777777" w:rsidR="00975FC1" w:rsidRPr="003362C5" w:rsidRDefault="00975FC1" w:rsidP="003362C5">
            <w:pPr>
              <w:spacing w:line="360" w:lineRule="auto"/>
              <w:rPr>
                <w:rFonts w:ascii="Times New Roman" w:hAnsi="Times New Roman" w:cs="Times New Roman"/>
                <w:sz w:val="20"/>
                <w:szCs w:val="20"/>
              </w:rPr>
            </w:pPr>
          </w:p>
        </w:tc>
        <w:tc>
          <w:tcPr>
            <w:tcW w:w="2130" w:type="dxa"/>
          </w:tcPr>
          <w:p w14:paraId="29BCBF21" w14:textId="77777777" w:rsidR="00975FC1" w:rsidRPr="003362C5" w:rsidRDefault="00975FC1" w:rsidP="003362C5">
            <w:pPr>
              <w:spacing w:line="360" w:lineRule="auto"/>
              <w:rPr>
                <w:rFonts w:ascii="Times New Roman" w:hAnsi="Times New Roman" w:cs="Times New Roman"/>
                <w:sz w:val="20"/>
                <w:szCs w:val="20"/>
              </w:rPr>
            </w:pPr>
          </w:p>
        </w:tc>
        <w:tc>
          <w:tcPr>
            <w:tcW w:w="2130" w:type="dxa"/>
          </w:tcPr>
          <w:p w14:paraId="48FD0F22" w14:textId="77777777" w:rsidR="00975FC1" w:rsidRPr="003362C5" w:rsidRDefault="00975FC1" w:rsidP="003362C5">
            <w:pPr>
              <w:spacing w:line="360" w:lineRule="auto"/>
              <w:rPr>
                <w:rFonts w:ascii="Times New Roman" w:hAnsi="Times New Roman" w:cs="Times New Roman"/>
                <w:sz w:val="20"/>
                <w:szCs w:val="20"/>
              </w:rPr>
            </w:pPr>
          </w:p>
        </w:tc>
        <w:tc>
          <w:tcPr>
            <w:tcW w:w="2130" w:type="dxa"/>
          </w:tcPr>
          <w:p w14:paraId="2F3A6365" w14:textId="77777777" w:rsidR="00975FC1" w:rsidRPr="003362C5" w:rsidRDefault="00975FC1" w:rsidP="003362C5">
            <w:pPr>
              <w:spacing w:line="360" w:lineRule="auto"/>
              <w:rPr>
                <w:rFonts w:ascii="Times New Roman" w:hAnsi="Times New Roman" w:cs="Times New Roman"/>
                <w:sz w:val="20"/>
                <w:szCs w:val="20"/>
              </w:rPr>
            </w:pPr>
          </w:p>
        </w:tc>
      </w:tr>
      <w:tr w:rsidR="00975FC1" w:rsidRPr="003362C5" w14:paraId="2D9D3AA4" w14:textId="77777777">
        <w:trPr>
          <w:jc w:val="center"/>
        </w:trPr>
        <w:tc>
          <w:tcPr>
            <w:tcW w:w="2130" w:type="dxa"/>
            <w:vAlign w:val="center"/>
          </w:tcPr>
          <w:p w14:paraId="25583FF9" w14:textId="77777777" w:rsidR="00975FC1" w:rsidRPr="003362C5" w:rsidRDefault="00DB43C9" w:rsidP="003362C5">
            <w:pPr>
              <w:spacing w:line="360" w:lineRule="auto"/>
              <w:rPr>
                <w:rFonts w:ascii="Times New Roman" w:hAnsi="Times New Roman" w:cs="Times New Roman"/>
                <w:sz w:val="20"/>
                <w:szCs w:val="20"/>
              </w:rPr>
            </w:pPr>
            <w:r w:rsidRPr="003362C5">
              <w:rPr>
                <w:rFonts w:ascii="Times New Roman" w:hAnsi="Times New Roman" w:cs="Times New Roman"/>
                <w:sz w:val="20"/>
                <w:szCs w:val="20"/>
              </w:rPr>
              <w:t>4.</w:t>
            </w:r>
          </w:p>
        </w:tc>
        <w:tc>
          <w:tcPr>
            <w:tcW w:w="2130" w:type="dxa"/>
          </w:tcPr>
          <w:p w14:paraId="459AF8C4" w14:textId="77777777" w:rsidR="00975FC1" w:rsidRPr="003362C5" w:rsidRDefault="00975FC1" w:rsidP="003362C5">
            <w:pPr>
              <w:spacing w:line="360" w:lineRule="auto"/>
              <w:rPr>
                <w:rFonts w:ascii="Times New Roman" w:hAnsi="Times New Roman" w:cs="Times New Roman"/>
                <w:sz w:val="20"/>
                <w:szCs w:val="20"/>
              </w:rPr>
            </w:pPr>
          </w:p>
        </w:tc>
        <w:tc>
          <w:tcPr>
            <w:tcW w:w="2130" w:type="dxa"/>
          </w:tcPr>
          <w:p w14:paraId="654651B7" w14:textId="77777777" w:rsidR="00975FC1" w:rsidRPr="003362C5" w:rsidRDefault="00975FC1" w:rsidP="003362C5">
            <w:pPr>
              <w:spacing w:line="360" w:lineRule="auto"/>
              <w:rPr>
                <w:rFonts w:ascii="Times New Roman" w:hAnsi="Times New Roman" w:cs="Times New Roman"/>
                <w:sz w:val="20"/>
                <w:szCs w:val="20"/>
              </w:rPr>
            </w:pPr>
          </w:p>
        </w:tc>
        <w:tc>
          <w:tcPr>
            <w:tcW w:w="2130" w:type="dxa"/>
          </w:tcPr>
          <w:p w14:paraId="55B9C381" w14:textId="77777777" w:rsidR="00975FC1" w:rsidRPr="003362C5" w:rsidRDefault="00975FC1" w:rsidP="003362C5">
            <w:pPr>
              <w:spacing w:line="360" w:lineRule="auto"/>
              <w:rPr>
                <w:rFonts w:ascii="Times New Roman" w:hAnsi="Times New Roman" w:cs="Times New Roman"/>
                <w:sz w:val="20"/>
                <w:szCs w:val="20"/>
              </w:rPr>
            </w:pPr>
          </w:p>
        </w:tc>
        <w:tc>
          <w:tcPr>
            <w:tcW w:w="2130" w:type="dxa"/>
          </w:tcPr>
          <w:p w14:paraId="528E0687" w14:textId="77777777" w:rsidR="00975FC1" w:rsidRPr="003362C5" w:rsidRDefault="00975FC1" w:rsidP="003362C5">
            <w:pPr>
              <w:spacing w:line="360" w:lineRule="auto"/>
              <w:rPr>
                <w:rFonts w:ascii="Times New Roman" w:hAnsi="Times New Roman" w:cs="Times New Roman"/>
                <w:sz w:val="20"/>
                <w:szCs w:val="20"/>
              </w:rPr>
            </w:pPr>
          </w:p>
        </w:tc>
      </w:tr>
      <w:tr w:rsidR="00975FC1" w:rsidRPr="003362C5" w14:paraId="5B059F53" w14:textId="77777777">
        <w:trPr>
          <w:jc w:val="center"/>
        </w:trPr>
        <w:tc>
          <w:tcPr>
            <w:tcW w:w="2130" w:type="dxa"/>
            <w:vAlign w:val="center"/>
          </w:tcPr>
          <w:p w14:paraId="03DF7801" w14:textId="77777777" w:rsidR="00975FC1" w:rsidRPr="003362C5" w:rsidRDefault="00DB43C9" w:rsidP="003362C5">
            <w:pPr>
              <w:spacing w:line="360" w:lineRule="auto"/>
              <w:rPr>
                <w:rFonts w:ascii="Times New Roman" w:hAnsi="Times New Roman" w:cs="Times New Roman"/>
                <w:sz w:val="20"/>
                <w:szCs w:val="20"/>
              </w:rPr>
            </w:pPr>
            <w:r w:rsidRPr="003362C5">
              <w:rPr>
                <w:rFonts w:ascii="Times New Roman" w:hAnsi="Times New Roman" w:cs="Times New Roman"/>
                <w:sz w:val="20"/>
                <w:szCs w:val="20"/>
              </w:rPr>
              <w:t>5.</w:t>
            </w:r>
          </w:p>
        </w:tc>
        <w:tc>
          <w:tcPr>
            <w:tcW w:w="2130" w:type="dxa"/>
          </w:tcPr>
          <w:p w14:paraId="2F0B6A59" w14:textId="77777777" w:rsidR="00975FC1" w:rsidRPr="003362C5" w:rsidRDefault="00975FC1" w:rsidP="003362C5">
            <w:pPr>
              <w:spacing w:line="360" w:lineRule="auto"/>
              <w:rPr>
                <w:rFonts w:ascii="Times New Roman" w:hAnsi="Times New Roman" w:cs="Times New Roman"/>
                <w:sz w:val="20"/>
                <w:szCs w:val="20"/>
              </w:rPr>
            </w:pPr>
          </w:p>
        </w:tc>
        <w:tc>
          <w:tcPr>
            <w:tcW w:w="2130" w:type="dxa"/>
          </w:tcPr>
          <w:p w14:paraId="63FBA3B5" w14:textId="77777777" w:rsidR="00975FC1" w:rsidRPr="003362C5" w:rsidRDefault="00975FC1" w:rsidP="003362C5">
            <w:pPr>
              <w:spacing w:line="360" w:lineRule="auto"/>
              <w:rPr>
                <w:rFonts w:ascii="Times New Roman" w:hAnsi="Times New Roman" w:cs="Times New Roman"/>
                <w:sz w:val="20"/>
                <w:szCs w:val="20"/>
              </w:rPr>
            </w:pPr>
          </w:p>
        </w:tc>
        <w:tc>
          <w:tcPr>
            <w:tcW w:w="2130" w:type="dxa"/>
          </w:tcPr>
          <w:p w14:paraId="47C44C9E" w14:textId="77777777" w:rsidR="00975FC1" w:rsidRPr="003362C5" w:rsidRDefault="00975FC1" w:rsidP="003362C5">
            <w:pPr>
              <w:spacing w:line="360" w:lineRule="auto"/>
              <w:rPr>
                <w:rFonts w:ascii="Times New Roman" w:hAnsi="Times New Roman" w:cs="Times New Roman"/>
                <w:sz w:val="20"/>
                <w:szCs w:val="20"/>
              </w:rPr>
            </w:pPr>
          </w:p>
        </w:tc>
        <w:tc>
          <w:tcPr>
            <w:tcW w:w="2130" w:type="dxa"/>
          </w:tcPr>
          <w:p w14:paraId="50BC1886" w14:textId="77777777" w:rsidR="00975FC1" w:rsidRPr="003362C5" w:rsidRDefault="00975FC1" w:rsidP="003362C5">
            <w:pPr>
              <w:spacing w:line="360" w:lineRule="auto"/>
              <w:rPr>
                <w:rFonts w:ascii="Times New Roman" w:hAnsi="Times New Roman" w:cs="Times New Roman"/>
                <w:sz w:val="20"/>
                <w:szCs w:val="20"/>
              </w:rPr>
            </w:pPr>
          </w:p>
        </w:tc>
      </w:tr>
      <w:tr w:rsidR="00975FC1" w:rsidRPr="003362C5" w14:paraId="2AB4B2BB" w14:textId="77777777">
        <w:trPr>
          <w:jc w:val="center"/>
        </w:trPr>
        <w:tc>
          <w:tcPr>
            <w:tcW w:w="2130" w:type="dxa"/>
            <w:vAlign w:val="center"/>
          </w:tcPr>
          <w:p w14:paraId="01BE1A68" w14:textId="77777777" w:rsidR="00975FC1" w:rsidRPr="003362C5" w:rsidRDefault="00DB43C9" w:rsidP="003362C5">
            <w:pPr>
              <w:spacing w:line="360" w:lineRule="auto"/>
              <w:rPr>
                <w:rFonts w:ascii="Times New Roman" w:hAnsi="Times New Roman" w:cs="Times New Roman"/>
                <w:sz w:val="20"/>
                <w:szCs w:val="20"/>
              </w:rPr>
            </w:pPr>
            <w:r w:rsidRPr="003362C5">
              <w:rPr>
                <w:rFonts w:ascii="Times New Roman" w:hAnsi="Times New Roman" w:cs="Times New Roman"/>
                <w:sz w:val="20"/>
                <w:szCs w:val="20"/>
              </w:rPr>
              <w:t>6.</w:t>
            </w:r>
          </w:p>
        </w:tc>
        <w:tc>
          <w:tcPr>
            <w:tcW w:w="2130" w:type="dxa"/>
          </w:tcPr>
          <w:p w14:paraId="7507C6CB" w14:textId="77777777" w:rsidR="00975FC1" w:rsidRPr="003362C5" w:rsidRDefault="00975FC1" w:rsidP="003362C5">
            <w:pPr>
              <w:spacing w:line="360" w:lineRule="auto"/>
              <w:rPr>
                <w:rFonts w:ascii="Times New Roman" w:hAnsi="Times New Roman" w:cs="Times New Roman"/>
                <w:sz w:val="20"/>
                <w:szCs w:val="20"/>
              </w:rPr>
            </w:pPr>
          </w:p>
        </w:tc>
        <w:tc>
          <w:tcPr>
            <w:tcW w:w="2130" w:type="dxa"/>
          </w:tcPr>
          <w:p w14:paraId="466250BC" w14:textId="77777777" w:rsidR="00975FC1" w:rsidRPr="003362C5" w:rsidRDefault="00975FC1" w:rsidP="003362C5">
            <w:pPr>
              <w:spacing w:line="360" w:lineRule="auto"/>
              <w:rPr>
                <w:rFonts w:ascii="Times New Roman" w:hAnsi="Times New Roman" w:cs="Times New Roman"/>
                <w:sz w:val="20"/>
                <w:szCs w:val="20"/>
              </w:rPr>
            </w:pPr>
          </w:p>
        </w:tc>
        <w:tc>
          <w:tcPr>
            <w:tcW w:w="2130" w:type="dxa"/>
          </w:tcPr>
          <w:p w14:paraId="44C017EF" w14:textId="77777777" w:rsidR="00975FC1" w:rsidRPr="003362C5" w:rsidRDefault="00975FC1" w:rsidP="003362C5">
            <w:pPr>
              <w:spacing w:line="360" w:lineRule="auto"/>
              <w:rPr>
                <w:rFonts w:ascii="Times New Roman" w:hAnsi="Times New Roman" w:cs="Times New Roman"/>
                <w:sz w:val="20"/>
                <w:szCs w:val="20"/>
              </w:rPr>
            </w:pPr>
          </w:p>
        </w:tc>
        <w:tc>
          <w:tcPr>
            <w:tcW w:w="2130" w:type="dxa"/>
          </w:tcPr>
          <w:p w14:paraId="18630B49" w14:textId="77777777" w:rsidR="00975FC1" w:rsidRPr="003362C5" w:rsidRDefault="00975FC1" w:rsidP="003362C5">
            <w:pPr>
              <w:spacing w:line="360" w:lineRule="auto"/>
              <w:rPr>
                <w:rFonts w:ascii="Times New Roman" w:hAnsi="Times New Roman" w:cs="Times New Roman"/>
                <w:sz w:val="20"/>
                <w:szCs w:val="20"/>
              </w:rPr>
            </w:pPr>
          </w:p>
        </w:tc>
      </w:tr>
    </w:tbl>
    <w:p w14:paraId="71398726" w14:textId="77777777" w:rsidR="00975FC1" w:rsidRPr="003362C5" w:rsidRDefault="00DB43C9" w:rsidP="003362C5">
      <w:pPr>
        <w:spacing w:before="80" w:after="40" w:line="360" w:lineRule="auto"/>
        <w:jc w:val="both"/>
        <w:rPr>
          <w:rFonts w:ascii="Times New Roman" w:hAnsi="Times New Roman" w:cs="Times New Roman"/>
          <w:sz w:val="20"/>
          <w:szCs w:val="20"/>
        </w:rPr>
      </w:pPr>
      <w:r w:rsidRPr="003362C5">
        <w:rPr>
          <w:rFonts w:ascii="Segoe UI Symbol" w:hAnsi="Segoe UI Symbol" w:cs="Segoe UI Symbol"/>
          <w:b/>
          <w:sz w:val="20"/>
          <w:szCs w:val="20"/>
        </w:rPr>
        <w:t>☐</w:t>
      </w:r>
      <w:r w:rsidRPr="003362C5">
        <w:rPr>
          <w:rFonts w:ascii="Times New Roman" w:hAnsi="Times New Roman" w:cs="Times New Roman"/>
          <w:b/>
          <w:sz w:val="20"/>
          <w:szCs w:val="20"/>
        </w:rPr>
        <w:t xml:space="preserve"> Laboratuvar ve/veya malzemelerin kullanımı sırasında meydana gelebilecek fiziki zararları laboratuvar sorumlusuna bildireceğimi ve ilgili üniversite/bölüm düzenlemelerine uygun hareket edeceğimi kabul ediyorum.</w:t>
      </w:r>
    </w:p>
    <w:tbl>
      <w:tblPr>
        <w:tblW w:w="0" w:type="auto"/>
        <w:jc w:val="center"/>
        <w:tblLook w:val="04A0" w:firstRow="1" w:lastRow="0" w:firstColumn="1" w:lastColumn="0" w:noHBand="0" w:noVBand="1"/>
      </w:tblPr>
      <w:tblGrid>
        <w:gridCol w:w="5326"/>
        <w:gridCol w:w="5326"/>
      </w:tblGrid>
      <w:tr w:rsidR="00975FC1" w:rsidRPr="003362C5" w14:paraId="62B5853D" w14:textId="77777777">
        <w:trPr>
          <w:jc w:val="center"/>
        </w:trPr>
        <w:tc>
          <w:tcPr>
            <w:tcW w:w="5326" w:type="dxa"/>
            <w:vAlign w:val="center"/>
          </w:tcPr>
          <w:p w14:paraId="4702A721" w14:textId="77777777" w:rsidR="00975FC1" w:rsidRPr="003362C5" w:rsidRDefault="00DB43C9" w:rsidP="003362C5">
            <w:pPr>
              <w:spacing w:after="0" w:line="360" w:lineRule="auto"/>
              <w:jc w:val="center"/>
              <w:rPr>
                <w:rFonts w:ascii="Times New Roman" w:hAnsi="Times New Roman" w:cs="Times New Roman"/>
                <w:sz w:val="20"/>
                <w:szCs w:val="20"/>
              </w:rPr>
            </w:pPr>
            <w:r w:rsidRPr="003362C5">
              <w:rPr>
                <w:rFonts w:ascii="Times New Roman" w:hAnsi="Times New Roman" w:cs="Times New Roman"/>
                <w:sz w:val="20"/>
                <w:szCs w:val="20"/>
              </w:rPr>
              <w:t>Talep Eden Kişi</w:t>
            </w:r>
            <w:r w:rsidRPr="003362C5">
              <w:rPr>
                <w:rFonts w:ascii="Times New Roman" w:hAnsi="Times New Roman" w:cs="Times New Roman"/>
                <w:sz w:val="20"/>
                <w:szCs w:val="20"/>
              </w:rPr>
              <w:br/>
              <w:t>Adı-Soyadı: ........................................</w:t>
            </w:r>
            <w:r w:rsidRPr="003362C5">
              <w:rPr>
                <w:rFonts w:ascii="Times New Roman" w:hAnsi="Times New Roman" w:cs="Times New Roman"/>
                <w:sz w:val="20"/>
                <w:szCs w:val="20"/>
              </w:rPr>
              <w:br/>
              <w:t>İmza - Tarih: ......................................</w:t>
            </w:r>
          </w:p>
        </w:tc>
        <w:tc>
          <w:tcPr>
            <w:tcW w:w="5326" w:type="dxa"/>
            <w:vAlign w:val="center"/>
          </w:tcPr>
          <w:p w14:paraId="4BD26D3C" w14:textId="77777777" w:rsidR="00975FC1" w:rsidRPr="003362C5" w:rsidRDefault="00DB43C9" w:rsidP="003362C5">
            <w:pPr>
              <w:spacing w:after="0" w:line="360" w:lineRule="auto"/>
              <w:jc w:val="center"/>
              <w:rPr>
                <w:rFonts w:ascii="Times New Roman" w:hAnsi="Times New Roman" w:cs="Times New Roman"/>
                <w:sz w:val="20"/>
                <w:szCs w:val="20"/>
              </w:rPr>
            </w:pPr>
            <w:r w:rsidRPr="003362C5">
              <w:rPr>
                <w:rFonts w:ascii="Times New Roman" w:hAnsi="Times New Roman" w:cs="Times New Roman"/>
                <w:sz w:val="20"/>
                <w:szCs w:val="20"/>
              </w:rPr>
              <w:t>Laboratuvar Sorumlusu</w:t>
            </w:r>
            <w:r w:rsidRPr="003362C5">
              <w:rPr>
                <w:rFonts w:ascii="Times New Roman" w:hAnsi="Times New Roman" w:cs="Times New Roman"/>
                <w:sz w:val="20"/>
                <w:szCs w:val="20"/>
              </w:rPr>
              <w:br/>
              <w:t>Adı-Soyadı: ........................................</w:t>
            </w:r>
            <w:r w:rsidRPr="003362C5">
              <w:rPr>
                <w:rFonts w:ascii="Times New Roman" w:hAnsi="Times New Roman" w:cs="Times New Roman"/>
                <w:sz w:val="20"/>
                <w:szCs w:val="20"/>
              </w:rPr>
              <w:br/>
              <w:t>İmza - Tarih: ......................................</w:t>
            </w:r>
          </w:p>
        </w:tc>
      </w:tr>
    </w:tbl>
    <w:p w14:paraId="68C56B52" w14:textId="77777777" w:rsidR="00DB43C9" w:rsidRPr="003362C5" w:rsidRDefault="00DB43C9">
      <w:pPr>
        <w:rPr>
          <w:rFonts w:ascii="Times New Roman" w:hAnsi="Times New Roman" w:cs="Times New Roman"/>
          <w:sz w:val="20"/>
          <w:szCs w:val="20"/>
        </w:rPr>
      </w:pPr>
    </w:p>
    <w:sectPr w:rsidR="00DB43C9" w:rsidRPr="003362C5" w:rsidSect="00034616">
      <w:pgSz w:w="12240" w:h="15840"/>
      <w:pgMar w:top="510" w:right="794" w:bottom="510"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30615002">
    <w:abstractNumId w:val="8"/>
  </w:num>
  <w:num w:numId="2" w16cid:durableId="306056074">
    <w:abstractNumId w:val="6"/>
  </w:num>
  <w:num w:numId="3" w16cid:durableId="1410738296">
    <w:abstractNumId w:val="5"/>
  </w:num>
  <w:num w:numId="4" w16cid:durableId="855461006">
    <w:abstractNumId w:val="4"/>
  </w:num>
  <w:num w:numId="5" w16cid:durableId="761604139">
    <w:abstractNumId w:val="7"/>
  </w:num>
  <w:num w:numId="6" w16cid:durableId="75981381">
    <w:abstractNumId w:val="3"/>
  </w:num>
  <w:num w:numId="7" w16cid:durableId="1047946853">
    <w:abstractNumId w:val="2"/>
  </w:num>
  <w:num w:numId="8" w16cid:durableId="830222806">
    <w:abstractNumId w:val="1"/>
  </w:num>
  <w:num w:numId="9" w16cid:durableId="1747340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38AC"/>
    <w:rsid w:val="0015074B"/>
    <w:rsid w:val="00272BDF"/>
    <w:rsid w:val="0029639D"/>
    <w:rsid w:val="00326F90"/>
    <w:rsid w:val="003362C5"/>
    <w:rsid w:val="00975FC1"/>
    <w:rsid w:val="00AA1D8D"/>
    <w:rsid w:val="00B47730"/>
    <w:rsid w:val="00CB0664"/>
    <w:rsid w:val="00DB43C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B3AF0D"/>
  <w14:defaultImageDpi w14:val="300"/>
  <w15:docId w15:val="{AD5932C8-5AF4-4832-B3C6-8CFDF3A90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Çiğdem Bilge</cp:lastModifiedBy>
  <cp:revision>3</cp:revision>
  <dcterms:created xsi:type="dcterms:W3CDTF">2026-08-19T05:37:00Z</dcterms:created>
  <dcterms:modified xsi:type="dcterms:W3CDTF">2026-08-19T05:37:00Z</dcterms:modified>
  <cp:category/>
</cp:coreProperties>
</file>